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5A922E" w14:textId="77777777" w:rsidR="007451F7" w:rsidRDefault="00000000">
      <w:pPr>
        <w:pStyle w:val="a8"/>
      </w:pPr>
      <w:r>
        <w:t>Using English to Understand the Arts – Φύλλα Εργασίας</w:t>
      </w:r>
    </w:p>
    <w:p w14:paraId="4BA6B4FE" w14:textId="77777777" w:rsidR="007451F7" w:rsidRPr="00EF1214" w:rsidRDefault="00000000">
      <w:pPr>
        <w:rPr>
          <w:lang w:val="el-GR"/>
        </w:rPr>
      </w:pPr>
      <w:r w:rsidRPr="00EF1214">
        <w:rPr>
          <w:b/>
          <w:sz w:val="28"/>
          <w:lang w:val="el-GR"/>
        </w:rPr>
        <w:t xml:space="preserve">Φύλλο Εργασίας 1 – </w:t>
      </w:r>
      <w:r>
        <w:rPr>
          <w:b/>
          <w:sz w:val="28"/>
        </w:rPr>
        <w:t>Spring</w:t>
      </w:r>
      <w:r w:rsidRPr="00EF1214">
        <w:rPr>
          <w:b/>
          <w:sz w:val="28"/>
          <w:lang w:val="el-GR"/>
        </w:rPr>
        <w:t xml:space="preserve"> </w:t>
      </w:r>
      <w:r>
        <w:rPr>
          <w:b/>
          <w:sz w:val="28"/>
        </w:rPr>
        <w:t>Inspirations</w:t>
      </w:r>
    </w:p>
    <w:p w14:paraId="557A5CA6" w14:textId="77777777" w:rsidR="007451F7" w:rsidRPr="00EF1214" w:rsidRDefault="00000000">
      <w:pPr>
        <w:rPr>
          <w:lang w:val="el-GR"/>
        </w:rPr>
      </w:pPr>
      <w:r w:rsidRPr="00EF1214">
        <w:rPr>
          <w:i/>
          <w:lang w:val="el-GR"/>
        </w:rPr>
        <w:t>Οδηγίες: Κοίταξε τις τρεις εικόνες / ακροάσου / διάβασε προσεκτικά το απόσπασμα του ποιήματος. Μπορείς να βρεις τη λέξη–κλειδί που τα ενώνει;</w:t>
      </w:r>
    </w:p>
    <w:p w14:paraId="5241271E" w14:textId="77777777" w:rsidR="007451F7" w:rsidRPr="00EF1214" w:rsidRDefault="00000000">
      <w:pPr>
        <w:rPr>
          <w:lang w:val="el-GR"/>
        </w:rPr>
      </w:pPr>
      <w:r w:rsidRPr="00EF1214">
        <w:rPr>
          <w:i/>
          <w:lang w:val="el-GR"/>
        </w:rPr>
        <w:t>Βήματα:</w:t>
      </w:r>
    </w:p>
    <w:p w14:paraId="2886896F" w14:textId="77777777" w:rsidR="007451F7" w:rsidRDefault="00000000">
      <w:pPr>
        <w:pStyle w:val="a0"/>
      </w:pPr>
      <w:r>
        <w:t>Παρα</w:t>
      </w:r>
      <w:proofErr w:type="spellStart"/>
      <w:r>
        <w:t>τήρησε</w:t>
      </w:r>
      <w:proofErr w:type="spellEnd"/>
      <w:r>
        <w:t xml:space="preserve"> </w:t>
      </w:r>
      <w:proofErr w:type="spellStart"/>
      <w:r>
        <w:t>τον</w:t>
      </w:r>
      <w:proofErr w:type="spellEnd"/>
      <w:r>
        <w:t xml:space="preserve"> π</w:t>
      </w:r>
      <w:proofErr w:type="spellStart"/>
      <w:r>
        <w:t>ίν</w:t>
      </w:r>
      <w:proofErr w:type="spellEnd"/>
      <w:r>
        <w:t xml:space="preserve">ακα </w:t>
      </w:r>
      <w:proofErr w:type="spellStart"/>
      <w:r>
        <w:t>ζωγρ</w:t>
      </w:r>
      <w:proofErr w:type="spellEnd"/>
      <w:r>
        <w:t>αφικής.</w:t>
      </w:r>
    </w:p>
    <w:p w14:paraId="4C533181" w14:textId="77777777" w:rsidR="007451F7" w:rsidRPr="00EF1214" w:rsidRDefault="00000000">
      <w:pPr>
        <w:pStyle w:val="a0"/>
        <w:rPr>
          <w:lang w:val="el-GR"/>
        </w:rPr>
      </w:pPr>
      <w:r w:rsidRPr="00EF1214">
        <w:rPr>
          <w:lang w:val="el-GR"/>
        </w:rPr>
        <w:t>Διάβασε το απόσπασμα του ποιήματος στη σελ. 85.</w:t>
      </w:r>
    </w:p>
    <w:p w14:paraId="2E9EF4F6" w14:textId="1C08E59A" w:rsidR="007451F7" w:rsidRPr="00EF1214" w:rsidRDefault="00000000">
      <w:pPr>
        <w:pStyle w:val="a0"/>
        <w:rPr>
          <w:lang w:val="el-GR"/>
        </w:rPr>
      </w:pPr>
      <w:r w:rsidRPr="00EF1214">
        <w:rPr>
          <w:lang w:val="el-GR"/>
        </w:rPr>
        <w:t xml:space="preserve">Άκουσε το μουσικό κομμάτι από τη </w:t>
      </w:r>
      <w:proofErr w:type="spellStart"/>
      <w:r w:rsidRPr="00EF1214">
        <w:rPr>
          <w:lang w:val="el-GR"/>
        </w:rPr>
        <w:t>διαδραστική</w:t>
      </w:r>
      <w:proofErr w:type="spellEnd"/>
      <w:r w:rsidRPr="00EF1214">
        <w:rPr>
          <w:lang w:val="el-GR"/>
        </w:rPr>
        <w:t xml:space="preserve"> σελίδα του βιβλίου (</w:t>
      </w:r>
      <w:hyperlink r:id="rId6" w:history="1">
        <w:r w:rsidR="00EF1214" w:rsidRPr="00286827">
          <w:rPr>
            <w:rStyle w:val="-"/>
          </w:rPr>
          <w:t>https</w:t>
        </w:r>
        <w:r w:rsidR="00EF1214" w:rsidRPr="00286827">
          <w:rPr>
            <w:rStyle w:val="-"/>
            <w:lang w:val="el-GR"/>
          </w:rPr>
          <w:t>://</w:t>
        </w:r>
        <w:proofErr w:type="spellStart"/>
        <w:r w:rsidR="00EF1214" w:rsidRPr="00286827">
          <w:rPr>
            <w:rStyle w:val="-"/>
          </w:rPr>
          <w:t>ebooks</w:t>
        </w:r>
        <w:proofErr w:type="spellEnd"/>
        <w:r w:rsidR="00EF1214" w:rsidRPr="00286827">
          <w:rPr>
            <w:rStyle w:val="-"/>
            <w:lang w:val="el-GR"/>
          </w:rPr>
          <w:t>.</w:t>
        </w:r>
        <w:proofErr w:type="spellStart"/>
        <w:r w:rsidR="00EF1214" w:rsidRPr="00286827">
          <w:rPr>
            <w:rStyle w:val="-"/>
          </w:rPr>
          <w:t>edu</w:t>
        </w:r>
        <w:proofErr w:type="spellEnd"/>
        <w:r w:rsidR="00EF1214" w:rsidRPr="00286827">
          <w:rPr>
            <w:rStyle w:val="-"/>
            <w:lang w:val="el-GR"/>
          </w:rPr>
          <w:t>.</w:t>
        </w:r>
        <w:r w:rsidR="00EF1214" w:rsidRPr="00286827">
          <w:rPr>
            <w:rStyle w:val="-"/>
          </w:rPr>
          <w:t>gr</w:t>
        </w:r>
        <w:r w:rsidR="00EF1214" w:rsidRPr="00286827">
          <w:rPr>
            <w:rStyle w:val="-"/>
            <w:lang w:val="el-GR"/>
          </w:rPr>
          <w:t>/</w:t>
        </w:r>
      </w:hyperlink>
      <w:r w:rsidR="00EF1214">
        <w:rPr>
          <w:lang w:val="el-GR"/>
        </w:rPr>
        <w:t xml:space="preserve"> </w:t>
      </w:r>
      <w:r w:rsidRPr="00EF1214">
        <w:rPr>
          <w:lang w:val="el-GR"/>
        </w:rPr>
        <w:t>).</w:t>
      </w:r>
    </w:p>
    <w:p w14:paraId="232845B4" w14:textId="77777777" w:rsidR="007451F7" w:rsidRPr="00EF1214" w:rsidRDefault="00000000">
      <w:pPr>
        <w:pStyle w:val="a0"/>
        <w:rPr>
          <w:lang w:val="el-GR"/>
        </w:rPr>
      </w:pPr>
      <w:r w:rsidRPr="00EF1214">
        <w:rPr>
          <w:lang w:val="el-GR"/>
        </w:rPr>
        <w:t>Συζήτησε με την ομάδα σου και γράψε τη λέξη–κλειδί που πιστεύετε ότι ενώνει τα τρία έργα:</w:t>
      </w:r>
    </w:p>
    <w:p w14:paraId="5B06D70A" w14:textId="77777777" w:rsidR="007451F7" w:rsidRPr="00EF1214" w:rsidRDefault="00000000">
      <w:pPr>
        <w:rPr>
          <w:lang w:val="el-GR"/>
        </w:rPr>
      </w:pPr>
      <w:r w:rsidRPr="00EF1214">
        <w:rPr>
          <w:i/>
          <w:lang w:val="el-GR"/>
        </w:rPr>
        <w:t>Η λέξη–κλειδί είναι: __________________________</w:t>
      </w:r>
    </w:p>
    <w:p w14:paraId="307493DE" w14:textId="77777777" w:rsidR="007451F7" w:rsidRDefault="00000000">
      <w:pPr>
        <w:rPr>
          <w:i/>
          <w:lang w:val="el-GR"/>
        </w:rPr>
      </w:pPr>
      <w:r w:rsidRPr="00EF1214">
        <w:rPr>
          <w:i/>
          <w:lang w:val="el-GR"/>
        </w:rPr>
        <w:t>Προαιρετικά: Ποιο από τα 3 έργα σου άρεσε περισσότερο και γιατί;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7"/>
        <w:gridCol w:w="4490"/>
      </w:tblGrid>
      <w:tr w:rsidR="00EF1214" w:rsidRPr="00EF1214" w14:paraId="7D394A53" w14:textId="77777777" w:rsidTr="00EF1214">
        <w:trPr>
          <w:trHeight w:val="1445"/>
        </w:trPr>
        <w:tc>
          <w:tcPr>
            <w:tcW w:w="0" w:type="auto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7F6567" w14:textId="77777777" w:rsidR="00EF1214" w:rsidRPr="00EF1214" w:rsidRDefault="00EF1214" w:rsidP="00EF1214">
            <w:pPr>
              <w:rPr>
                <w:lang w:val="el-GR"/>
              </w:rPr>
            </w:pPr>
            <w:proofErr w:type="spellStart"/>
            <w:r w:rsidRPr="00EF1214">
              <w:rPr>
                <w:b/>
                <w:bCs/>
                <w:lang w:val="el-GR"/>
              </w:rPr>
              <w:t>Lesson</w:t>
            </w:r>
            <w:proofErr w:type="spellEnd"/>
            <w:r w:rsidRPr="00EF1214">
              <w:rPr>
                <w:b/>
                <w:bCs/>
                <w:lang w:val="el-GR"/>
              </w:rPr>
              <w:t xml:space="preserve"> 13</w:t>
            </w:r>
          </w:p>
        </w:tc>
        <w:tc>
          <w:tcPr>
            <w:tcW w:w="0" w:type="auto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61C116" w14:textId="4D4F2D46" w:rsidR="00EF1214" w:rsidRPr="00EF1214" w:rsidRDefault="00EF1214" w:rsidP="00EF1214">
            <w:pPr>
              <w:rPr>
                <w:lang w:val="el-GR"/>
              </w:rPr>
            </w:pPr>
            <w:r w:rsidRPr="00EF1214">
              <w:rPr>
                <w:lang w:val="el-GR"/>
              </w:rPr>
              <w:drawing>
                <wp:inline distT="0" distB="0" distL="0" distR="0" wp14:anchorId="528570A2" wp14:editId="7038C7A0">
                  <wp:extent cx="2717800" cy="787400"/>
                  <wp:effectExtent l="0" t="0" r="6350" b="0"/>
                  <wp:docPr id="1792891462" name="Εικόνα 8" descr="Εικόν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Εικόν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E54120" w14:textId="77777777" w:rsidR="00EF1214" w:rsidRPr="00EF1214" w:rsidRDefault="00EF1214" w:rsidP="00EF1214">
      <w:pPr>
        <w:rPr>
          <w:lang w:val="el-G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0"/>
        <w:gridCol w:w="914"/>
      </w:tblGrid>
      <w:tr w:rsidR="00EF1214" w:rsidRPr="00EF1214" w14:paraId="1CB64AA2" w14:textId="77777777" w:rsidTr="00EF1214">
        <w:trPr>
          <w:trHeight w:val="1655"/>
        </w:trPr>
        <w:tc>
          <w:tcPr>
            <w:tcW w:w="0" w:type="auto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001C8E" w14:textId="498391FD" w:rsidR="00EF1214" w:rsidRPr="00EF1214" w:rsidRDefault="00EF1214" w:rsidP="00EF1214">
            <w:pPr>
              <w:rPr>
                <w:lang w:val="el-GR"/>
              </w:rPr>
            </w:pPr>
            <w:r w:rsidRPr="00EF1214">
              <w:rPr>
                <w:lang w:val="el-GR"/>
              </w:rPr>
              <w:drawing>
                <wp:inline distT="0" distB="0" distL="0" distR="0" wp14:anchorId="643EE5F8" wp14:editId="06AD82E7">
                  <wp:extent cx="1104900" cy="927100"/>
                  <wp:effectExtent l="0" t="0" r="0" b="6350"/>
                  <wp:docPr id="132869905" name="Εικόνα 7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220" w:type="dxa"/>
              <w:left w:w="100" w:type="dxa"/>
              <w:bottom w:w="100" w:type="dxa"/>
              <w:right w:w="100" w:type="dxa"/>
            </w:tcMar>
            <w:hideMark/>
          </w:tcPr>
          <w:p w14:paraId="1E542258" w14:textId="77777777" w:rsidR="00EF1214" w:rsidRPr="00EF1214" w:rsidRDefault="00EF1214" w:rsidP="00EF1214">
            <w:pPr>
              <w:rPr>
                <w:lang w:val="el-GR"/>
              </w:rPr>
            </w:pPr>
            <w:r w:rsidRPr="00EF1214">
              <w:rPr>
                <w:b/>
                <w:bCs/>
                <w:lang w:val="el-GR"/>
              </w:rPr>
              <w:t xml:space="preserve">Art </w:t>
            </w:r>
            <w:proofErr w:type="spellStart"/>
            <w:r w:rsidRPr="00EF1214">
              <w:rPr>
                <w:b/>
                <w:bCs/>
                <w:lang w:val="el-GR"/>
              </w:rPr>
              <w:t>is</w:t>
            </w:r>
            <w:proofErr w:type="spellEnd"/>
            <w:r w:rsidRPr="00EF1214">
              <w:rPr>
                <w:b/>
                <w:bCs/>
                <w:lang w:val="el-GR"/>
              </w:rPr>
              <w:t>…</w:t>
            </w:r>
          </w:p>
        </w:tc>
      </w:tr>
    </w:tbl>
    <w:p w14:paraId="1859F954" w14:textId="77777777" w:rsidR="00EF1214" w:rsidRPr="00EF1214" w:rsidRDefault="00EF1214" w:rsidP="00EF1214">
      <w:pPr>
        <w:rPr>
          <w:lang w:val="el-G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2"/>
        <w:gridCol w:w="8328"/>
      </w:tblGrid>
      <w:tr w:rsidR="00EF1214" w:rsidRPr="00EF1214" w14:paraId="09A967B7" w14:textId="77777777" w:rsidTr="00EF1214">
        <w:trPr>
          <w:trHeight w:val="1475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BEC223" w14:textId="77777777" w:rsidR="00EF1214" w:rsidRPr="00EF1214" w:rsidRDefault="00EF1214" w:rsidP="00EF1214">
            <w:pPr>
              <w:rPr>
                <w:lang w:val="el-GR"/>
              </w:rPr>
            </w:pPr>
            <w:r w:rsidRPr="00EF1214">
              <w:rPr>
                <w:b/>
                <w:bCs/>
                <w:lang w:val="el-GR"/>
              </w:rPr>
              <w:t>1.1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2AA284" w14:textId="77777777" w:rsidR="00EF1214" w:rsidRPr="00EF1214" w:rsidRDefault="00EF1214" w:rsidP="00EF1214">
            <w:pPr>
              <w:rPr>
                <w:lang w:val="el-GR"/>
              </w:rPr>
            </w:pPr>
            <w:r w:rsidRPr="00EF1214">
              <w:rPr>
                <w:lang w:val="en-GB"/>
              </w:rPr>
              <w:t xml:space="preserve">Look at the painting, read the poem and listen to the music. Which common theme do you think was the source of inspiration for these artists? </w:t>
            </w:r>
            <w:proofErr w:type="spellStart"/>
            <w:r w:rsidRPr="00EF1214">
              <w:rPr>
                <w:lang w:val="el-GR"/>
              </w:rPr>
              <w:t>Fill</w:t>
            </w:r>
            <w:proofErr w:type="spellEnd"/>
            <w:r w:rsidRPr="00EF1214">
              <w:rPr>
                <w:lang w:val="el-GR"/>
              </w:rPr>
              <w:t xml:space="preserve"> in the </w:t>
            </w:r>
            <w:proofErr w:type="spellStart"/>
            <w:r w:rsidRPr="00EF1214">
              <w:rPr>
                <w:lang w:val="el-GR"/>
              </w:rPr>
              <w:t>blanks</w:t>
            </w:r>
            <w:proofErr w:type="spellEnd"/>
            <w:r w:rsidRPr="00EF1214">
              <w:rPr>
                <w:lang w:val="el-GR"/>
              </w:rPr>
              <w:t xml:space="preserve"> </w:t>
            </w:r>
            <w:proofErr w:type="spellStart"/>
            <w:r w:rsidRPr="00EF1214">
              <w:rPr>
                <w:lang w:val="el-GR"/>
              </w:rPr>
              <w:t>with</w:t>
            </w:r>
            <w:proofErr w:type="spellEnd"/>
            <w:r w:rsidRPr="00EF1214">
              <w:rPr>
                <w:lang w:val="el-GR"/>
              </w:rPr>
              <w:t xml:space="preserve"> </w:t>
            </w:r>
            <w:proofErr w:type="spellStart"/>
            <w:r w:rsidRPr="00EF1214">
              <w:rPr>
                <w:b/>
                <w:bCs/>
                <w:u w:val="single"/>
                <w:lang w:val="el-GR"/>
              </w:rPr>
              <w:t>one</w:t>
            </w:r>
            <w:proofErr w:type="spellEnd"/>
            <w:r w:rsidRPr="00EF1214">
              <w:rPr>
                <w:b/>
                <w:bCs/>
                <w:u w:val="single"/>
                <w:lang w:val="el-GR"/>
              </w:rPr>
              <w:t xml:space="preserve"> </w:t>
            </w:r>
            <w:proofErr w:type="spellStart"/>
            <w:r w:rsidRPr="00EF1214">
              <w:rPr>
                <w:b/>
                <w:bCs/>
                <w:u w:val="single"/>
                <w:lang w:val="el-GR"/>
              </w:rPr>
              <w:t>word</w:t>
            </w:r>
            <w:proofErr w:type="spellEnd"/>
            <w:r w:rsidRPr="00EF1214">
              <w:rPr>
                <w:b/>
                <w:bCs/>
                <w:u w:val="single"/>
                <w:lang w:val="el-GR"/>
              </w:rPr>
              <w:t>.</w:t>
            </w:r>
          </w:p>
        </w:tc>
      </w:tr>
    </w:tbl>
    <w:p w14:paraId="42FC8F14" w14:textId="77777777" w:rsidR="00EF1214" w:rsidRPr="00EF1214" w:rsidRDefault="00EF1214" w:rsidP="00EF1214">
      <w:pPr>
        <w:rPr>
          <w:lang w:val="el-G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4"/>
        <w:gridCol w:w="7689"/>
        <w:gridCol w:w="547"/>
      </w:tblGrid>
      <w:tr w:rsidR="00EF1214" w:rsidRPr="00EF1214" w14:paraId="4621F2AB" w14:textId="77777777" w:rsidTr="00EF1214">
        <w:trPr>
          <w:trHeight w:val="650"/>
        </w:trPr>
        <w:tc>
          <w:tcPr>
            <w:tcW w:w="0" w:type="auto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09C38F" w14:textId="4B724750" w:rsidR="00EF1214" w:rsidRPr="00EF1214" w:rsidRDefault="00EF1214" w:rsidP="00EF1214">
            <w:pPr>
              <w:rPr>
                <w:lang w:val="el-GR"/>
              </w:rPr>
            </w:pPr>
            <w:r w:rsidRPr="00EF1214">
              <w:rPr>
                <w:lang w:val="el-GR"/>
              </w:rPr>
              <w:drawing>
                <wp:inline distT="0" distB="0" distL="0" distR="0" wp14:anchorId="5C09433E" wp14:editId="36CF5811">
                  <wp:extent cx="260350" cy="266700"/>
                  <wp:effectExtent l="0" t="0" r="6350" b="0"/>
                  <wp:docPr id="1485681159" name="Εικόνα 6" descr="List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ist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A0483A" w14:textId="0760AD28" w:rsidR="00EF1214" w:rsidRPr="00EF1214" w:rsidRDefault="00EF1214" w:rsidP="00EF1214">
            <w:pPr>
              <w:rPr>
                <w:lang w:val="el-GR"/>
              </w:rPr>
            </w:pPr>
            <w:r w:rsidRPr="00EF1214">
              <w:rPr>
                <w:lang w:val="el-GR"/>
              </w:rPr>
              <w:drawing>
                <wp:inline distT="0" distB="0" distL="0" distR="0" wp14:anchorId="6A658DCB" wp14:editId="00278688">
                  <wp:extent cx="4940300" cy="228600"/>
                  <wp:effectExtent l="0" t="0" r="0" b="0"/>
                  <wp:docPr id="1352575571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189904" w14:textId="01824B96" w:rsidR="00EF1214" w:rsidRPr="00EF1214" w:rsidRDefault="00EF1214" w:rsidP="00EF1214">
            <w:pPr>
              <w:rPr>
                <w:lang w:val="el-GR"/>
              </w:rPr>
            </w:pPr>
            <w:r w:rsidRPr="00EF1214">
              <w:rPr>
                <w:b/>
                <w:bCs/>
                <w:lang w:val="el-GR"/>
              </w:rPr>
              <w:t>00:00</w:t>
            </w:r>
            <w:r>
              <w:rPr>
                <w:b/>
                <w:bCs/>
                <w:lang w:val="el-GR"/>
              </w:rPr>
              <w:t>-</w:t>
            </w:r>
            <w:r w:rsidRPr="00EF1214">
              <w:rPr>
                <w:b/>
                <w:bCs/>
                <w:lang w:val="el-GR"/>
              </w:rPr>
              <w:t>00:58</w:t>
            </w:r>
          </w:p>
        </w:tc>
        <w:tc>
          <w:tcPr>
            <w:tcW w:w="0" w:type="auto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B2E5AE" w14:textId="26DE956E" w:rsidR="00EF1214" w:rsidRPr="00EF1214" w:rsidRDefault="00EF1214" w:rsidP="00EF1214">
            <w:pPr>
              <w:rPr>
                <w:lang w:val="el-GR"/>
              </w:rPr>
            </w:pPr>
            <w:r w:rsidRPr="00EF1214">
              <w:rPr>
                <w:lang w:val="el-GR"/>
              </w:rPr>
              <w:drawing>
                <wp:inline distT="0" distB="0" distL="0" distR="0" wp14:anchorId="54FD90A4" wp14:editId="1A576C33">
                  <wp:extent cx="222250" cy="203200"/>
                  <wp:effectExtent l="0" t="0" r="6350" b="6350"/>
                  <wp:docPr id="1645825498" name="Εικόνα 4" descr="Cred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red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675547" w14:textId="77777777" w:rsidR="00EF1214" w:rsidRPr="00EF1214" w:rsidRDefault="00EF1214" w:rsidP="00EF1214">
      <w:pPr>
        <w:rPr>
          <w:lang w:val="el-G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80"/>
        <w:gridCol w:w="2460"/>
      </w:tblGrid>
      <w:tr w:rsidR="00EF1214" w:rsidRPr="00EF1214" w14:paraId="790E8CFE" w14:textId="77777777" w:rsidTr="00EF1214">
        <w:trPr>
          <w:trHeight w:val="8135"/>
        </w:trPr>
        <w:tc>
          <w:tcPr>
            <w:tcW w:w="0" w:type="auto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3F3F63" w14:textId="24D226A9" w:rsidR="00EF1214" w:rsidRPr="00EF1214" w:rsidRDefault="00EF1214" w:rsidP="00EF1214">
            <w:pPr>
              <w:rPr>
                <w:lang w:val="el-GR"/>
              </w:rPr>
            </w:pPr>
            <w:r w:rsidRPr="00EF1214">
              <w:rPr>
                <w:lang w:val="el-GR"/>
              </w:rPr>
              <w:drawing>
                <wp:inline distT="0" distB="0" distL="0" distR="0" wp14:anchorId="1EA2D300" wp14:editId="43BC2B33">
                  <wp:extent cx="3924300" cy="3308350"/>
                  <wp:effectExtent l="0" t="0" r="0" b="6350"/>
                  <wp:docPr id="1383913298" name="Εικόνα 3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330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6F9474" w14:textId="77777777" w:rsidR="00EF1214" w:rsidRPr="00EF1214" w:rsidRDefault="00EF1214" w:rsidP="00EF1214">
            <w:pPr>
              <w:rPr>
                <w:lang w:val="el-GR"/>
              </w:rPr>
            </w:pPr>
            <w:r w:rsidRPr="00EF1214">
              <w:rPr>
                <w:lang w:val="el-GR"/>
              </w:rPr>
              <w:t xml:space="preserve">“………………………” </w:t>
            </w:r>
            <w:proofErr w:type="spellStart"/>
            <w:r w:rsidRPr="00EF1214">
              <w:rPr>
                <w:lang w:val="el-GR"/>
              </w:rPr>
              <w:t>by</w:t>
            </w:r>
            <w:proofErr w:type="spellEnd"/>
            <w:r w:rsidRPr="00EF1214">
              <w:rPr>
                <w:lang w:val="el-GR"/>
              </w:rPr>
              <w:t xml:space="preserve"> </w:t>
            </w:r>
            <w:proofErr w:type="spellStart"/>
            <w:r w:rsidRPr="00EF1214">
              <w:rPr>
                <w:lang w:val="el-GR"/>
              </w:rPr>
              <w:t>Jean-François</w:t>
            </w:r>
            <w:proofErr w:type="spellEnd"/>
            <w:r w:rsidRPr="00EF1214">
              <w:rPr>
                <w:lang w:val="el-GR"/>
              </w:rPr>
              <w:t xml:space="preserve"> </w:t>
            </w:r>
            <w:proofErr w:type="spellStart"/>
            <w:r w:rsidRPr="00EF1214">
              <w:rPr>
                <w:lang w:val="el-GR"/>
              </w:rPr>
              <w:t>Millet</w:t>
            </w:r>
            <w:proofErr w:type="spellEnd"/>
          </w:p>
          <w:p w14:paraId="1E9EF7AA" w14:textId="45D39275" w:rsidR="00EF1214" w:rsidRPr="00EF1214" w:rsidRDefault="00EF1214" w:rsidP="00EF1214">
            <w:pPr>
              <w:rPr>
                <w:lang w:val="el-GR"/>
              </w:rPr>
            </w:pPr>
            <w:r w:rsidRPr="00EF1214">
              <w:rPr>
                <w:lang w:val="el-GR"/>
              </w:rPr>
              <w:drawing>
                <wp:inline distT="0" distB="0" distL="0" distR="0" wp14:anchorId="67855E4C" wp14:editId="55D0C99E">
                  <wp:extent cx="3810000" cy="1562100"/>
                  <wp:effectExtent l="0" t="0" r="0" b="0"/>
                  <wp:docPr id="722741073" name="Εικόνα 2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300" w:type="dxa"/>
              <w:left w:w="100" w:type="dxa"/>
              <w:bottom w:w="100" w:type="dxa"/>
              <w:right w:w="100" w:type="dxa"/>
            </w:tcMar>
            <w:hideMark/>
          </w:tcPr>
          <w:p w14:paraId="53900036" w14:textId="77777777" w:rsidR="00EF1214" w:rsidRPr="00EF1214" w:rsidRDefault="00EF1214" w:rsidP="00EF1214">
            <w:pPr>
              <w:rPr>
                <w:lang w:val="en-GB"/>
              </w:rPr>
            </w:pPr>
            <w:r w:rsidRPr="00EF1214">
              <w:rPr>
                <w:lang w:val="en-GB"/>
              </w:rPr>
              <w:t>COUNTRY ROAD,</w:t>
            </w:r>
            <w:r w:rsidRPr="00EF1214">
              <w:rPr>
                <w:lang w:val="en-GB"/>
              </w:rPr>
              <w:br/>
              <w:t>............WALK</w:t>
            </w:r>
            <w:r w:rsidRPr="00EF1214">
              <w:rPr>
                <w:lang w:val="en-GB"/>
              </w:rPr>
              <w:br/>
              <w:t>by Frank Asch</w:t>
            </w:r>
            <w:r w:rsidRPr="00EF1214">
              <w:rPr>
                <w:lang w:val="en-GB"/>
              </w:rPr>
              <w:br/>
            </w:r>
            <w:r w:rsidRPr="00EF1214">
              <w:rPr>
                <w:lang w:val="en-GB"/>
              </w:rPr>
              <w:br/>
              <w:t>Roll up the moon,</w:t>
            </w:r>
            <w:r w:rsidRPr="00EF1214">
              <w:rPr>
                <w:lang w:val="en-GB"/>
              </w:rPr>
              <w:br/>
              <w:t>raise the sun,</w:t>
            </w:r>
            <w:r w:rsidRPr="00EF1214">
              <w:rPr>
                <w:lang w:val="en-GB"/>
              </w:rPr>
              <w:br/>
              <w:t>time for a change of scene.</w:t>
            </w:r>
            <w:r w:rsidRPr="00EF1214">
              <w:rPr>
                <w:lang w:val="en-GB"/>
              </w:rPr>
              <w:br/>
              <w:t>Look at a rose,</w:t>
            </w:r>
            <w:r w:rsidRPr="00EF1214">
              <w:rPr>
                <w:lang w:val="en-GB"/>
              </w:rPr>
              <w:br/>
              <w:t>swim in its red.</w:t>
            </w:r>
            <w:r w:rsidRPr="00EF1214">
              <w:rPr>
                <w:lang w:val="en-GB"/>
              </w:rPr>
              <w:br/>
              <w:t>Have you ever seen</w:t>
            </w:r>
            <w:r w:rsidRPr="00EF1214">
              <w:rPr>
                <w:lang w:val="en-GB"/>
              </w:rPr>
              <w:br/>
              <w:t>such green?</w:t>
            </w:r>
          </w:p>
          <w:p w14:paraId="5664EE15" w14:textId="77777777" w:rsidR="00EF1214" w:rsidRPr="00EF1214" w:rsidRDefault="00EF1214" w:rsidP="00EF1214">
            <w:pPr>
              <w:rPr>
                <w:lang w:val="en-GB"/>
              </w:rPr>
            </w:pPr>
            <w:r w:rsidRPr="00EF1214">
              <w:rPr>
                <w:lang w:val="en-GB"/>
              </w:rPr>
              <w:br/>
              <w:t>Holes in my socks,</w:t>
            </w:r>
            <w:r w:rsidRPr="00EF1214">
              <w:rPr>
                <w:lang w:val="en-GB"/>
              </w:rPr>
              <w:br/>
              <w:t>toes in my holes,</w:t>
            </w:r>
            <w:r w:rsidRPr="00EF1214">
              <w:rPr>
                <w:lang w:val="en-GB"/>
              </w:rPr>
              <w:br/>
              <w:t>as plain as the day</w:t>
            </w:r>
            <w:r w:rsidRPr="00EF1214">
              <w:rPr>
                <w:lang w:val="en-GB"/>
              </w:rPr>
              <w:br/>
              <w:t>on your face.</w:t>
            </w:r>
            <w:r w:rsidRPr="00EF1214">
              <w:rPr>
                <w:lang w:val="en-GB"/>
              </w:rPr>
              <w:br/>
              <w:t>Dew in the grass,</w:t>
            </w:r>
            <w:r w:rsidRPr="00EF1214">
              <w:rPr>
                <w:lang w:val="en-GB"/>
              </w:rPr>
              <w:br/>
              <w:t>sun in the dew,</w:t>
            </w:r>
            <w:r w:rsidRPr="00EF1214">
              <w:rPr>
                <w:lang w:val="en-GB"/>
              </w:rPr>
              <w:br/>
              <w:t>shining all</w:t>
            </w:r>
            <w:r w:rsidRPr="00EF1214">
              <w:rPr>
                <w:lang w:val="en-GB"/>
              </w:rPr>
              <w:br/>
              <w:t>over the place.</w:t>
            </w:r>
          </w:p>
        </w:tc>
      </w:tr>
    </w:tbl>
    <w:p w14:paraId="3E43E5A8" w14:textId="77777777" w:rsidR="00EF1214" w:rsidRPr="00EF1214" w:rsidRDefault="00EF1214" w:rsidP="00EF1214">
      <w:pPr>
        <w:rPr>
          <w:lang w:val="en-GB"/>
        </w:rPr>
      </w:pPr>
    </w:p>
    <w:p w14:paraId="262C0081" w14:textId="77777777" w:rsidR="00EF1214" w:rsidRPr="00EF1214" w:rsidRDefault="00EF1214">
      <w:pPr>
        <w:rPr>
          <w:lang w:val="en-GB"/>
        </w:rPr>
      </w:pPr>
    </w:p>
    <w:p w14:paraId="18CE7545" w14:textId="77777777" w:rsidR="00EF1214" w:rsidRDefault="00EF1214">
      <w:pPr>
        <w:rPr>
          <w:b/>
          <w:sz w:val="28"/>
          <w:lang w:val="el-GR"/>
        </w:rPr>
      </w:pPr>
    </w:p>
    <w:p w14:paraId="03598172" w14:textId="0835F396" w:rsidR="007451F7" w:rsidRPr="00EF1214" w:rsidRDefault="00000000">
      <w:pPr>
        <w:rPr>
          <w:lang w:val="en-GB"/>
        </w:rPr>
      </w:pPr>
      <w:r w:rsidRPr="00EF1214">
        <w:rPr>
          <w:b/>
          <w:sz w:val="28"/>
          <w:lang w:val="el-GR"/>
        </w:rPr>
        <w:lastRenderedPageBreak/>
        <w:t>Φύλλο</w:t>
      </w:r>
      <w:r w:rsidRPr="00EF1214">
        <w:rPr>
          <w:b/>
          <w:sz w:val="28"/>
          <w:lang w:val="en-GB"/>
        </w:rPr>
        <w:t xml:space="preserve"> </w:t>
      </w:r>
      <w:r w:rsidRPr="00EF1214">
        <w:rPr>
          <w:b/>
          <w:sz w:val="28"/>
          <w:lang w:val="el-GR"/>
        </w:rPr>
        <w:t>Εργασίας</w:t>
      </w:r>
      <w:r w:rsidRPr="00EF1214">
        <w:rPr>
          <w:b/>
          <w:sz w:val="28"/>
          <w:lang w:val="en-GB"/>
        </w:rPr>
        <w:t xml:space="preserve"> 2 – </w:t>
      </w:r>
      <w:r>
        <w:rPr>
          <w:b/>
          <w:sz w:val="28"/>
        </w:rPr>
        <w:t>Virtual</w:t>
      </w:r>
      <w:r w:rsidRPr="00EF1214">
        <w:rPr>
          <w:b/>
          <w:sz w:val="28"/>
          <w:lang w:val="en-GB"/>
        </w:rPr>
        <w:t xml:space="preserve"> </w:t>
      </w:r>
      <w:r>
        <w:rPr>
          <w:b/>
          <w:sz w:val="28"/>
        </w:rPr>
        <w:t>Museum</w:t>
      </w:r>
      <w:r w:rsidRPr="00EF1214">
        <w:rPr>
          <w:b/>
          <w:sz w:val="28"/>
          <w:lang w:val="en-GB"/>
        </w:rPr>
        <w:t xml:space="preserve"> </w:t>
      </w:r>
      <w:r>
        <w:rPr>
          <w:b/>
          <w:sz w:val="28"/>
        </w:rPr>
        <w:t>Tour</w:t>
      </w:r>
    </w:p>
    <w:p w14:paraId="1BC7A511" w14:textId="77777777" w:rsidR="007451F7" w:rsidRPr="00EF1214" w:rsidRDefault="00000000">
      <w:pPr>
        <w:rPr>
          <w:lang w:val="el-GR"/>
        </w:rPr>
      </w:pPr>
      <w:r w:rsidRPr="00EF1214">
        <w:rPr>
          <w:i/>
          <w:lang w:val="el-GR"/>
        </w:rPr>
        <w:t xml:space="preserve">Οδηγίες: Μπες με την ομάδα σου σε έναν από τους παρακάτω </w:t>
      </w:r>
      <w:proofErr w:type="spellStart"/>
      <w:r w:rsidRPr="00EF1214">
        <w:rPr>
          <w:i/>
          <w:lang w:val="el-GR"/>
        </w:rPr>
        <w:t>ιστοτόπους</w:t>
      </w:r>
      <w:proofErr w:type="spellEnd"/>
      <w:r w:rsidRPr="00EF1214">
        <w:rPr>
          <w:i/>
          <w:lang w:val="el-GR"/>
        </w:rPr>
        <w:t>. Επιλέξτε ένα έργο τέχνης που σας εντυπωσίασε και συγκεντρώστε πληροφορίες.</w:t>
      </w:r>
    </w:p>
    <w:p w14:paraId="55144EEC" w14:textId="77777777" w:rsidR="007451F7" w:rsidRDefault="00000000">
      <w:proofErr w:type="spellStart"/>
      <w:r>
        <w:rPr>
          <w:i/>
        </w:rPr>
        <w:t>Ιστότο</w:t>
      </w:r>
      <w:proofErr w:type="spellEnd"/>
      <w:r>
        <w:rPr>
          <w:i/>
        </w:rPr>
        <w:t>ποι:</w:t>
      </w:r>
    </w:p>
    <w:p w14:paraId="07249419" w14:textId="0AC22B43" w:rsidR="007451F7" w:rsidRDefault="00EF1214">
      <w:pPr>
        <w:pStyle w:val="a0"/>
      </w:pPr>
      <w:hyperlink r:id="rId14" w:history="1">
        <w:r w:rsidRPr="00286827">
          <w:rPr>
            <w:rStyle w:val="-"/>
          </w:rPr>
          <w:t>https://www.nationalgallery.org.uk/</w:t>
        </w:r>
      </w:hyperlink>
      <w:r w:rsidRPr="00EF1214">
        <w:t xml:space="preserve"> </w:t>
      </w:r>
    </w:p>
    <w:p w14:paraId="215226D3" w14:textId="21A80EC0" w:rsidR="007451F7" w:rsidRDefault="00EF1214">
      <w:pPr>
        <w:pStyle w:val="a0"/>
      </w:pPr>
      <w:hyperlink r:id="rId15" w:history="1">
        <w:r w:rsidRPr="00286827">
          <w:rPr>
            <w:rStyle w:val="-"/>
          </w:rPr>
          <w:t>https://www.louvre.fr/en/visites-en-ligne</w:t>
        </w:r>
      </w:hyperlink>
      <w:r w:rsidRPr="00EF1214">
        <w:t xml:space="preserve"> </w:t>
      </w:r>
    </w:p>
    <w:p w14:paraId="67A838C7" w14:textId="77777777" w:rsidR="007451F7" w:rsidRDefault="00000000">
      <w:r>
        <w:rPr>
          <w:i/>
        </w:rPr>
        <w:t>Συμπλήρωσε:</w:t>
      </w:r>
    </w:p>
    <w:p w14:paraId="3B97191D" w14:textId="77777777" w:rsidR="007451F7" w:rsidRDefault="00000000">
      <w:pPr>
        <w:pStyle w:val="a0"/>
      </w:pPr>
      <w:r>
        <w:t>Όνομα έργου τέχνης:</w:t>
      </w:r>
    </w:p>
    <w:p w14:paraId="2EAB39D0" w14:textId="77777777" w:rsidR="007451F7" w:rsidRDefault="00000000">
      <w:pPr>
        <w:pStyle w:val="a0"/>
      </w:pPr>
      <w:r>
        <w:t>Καλλιτέχνης (αν υπάρχει):</w:t>
      </w:r>
    </w:p>
    <w:p w14:paraId="79D5B6F4" w14:textId="77777777" w:rsidR="007451F7" w:rsidRDefault="00000000">
      <w:pPr>
        <w:pStyle w:val="a0"/>
      </w:pPr>
      <w:r>
        <w:t>Περίοδος/χρονολογία:</w:t>
      </w:r>
    </w:p>
    <w:p w14:paraId="16D8990B" w14:textId="77777777" w:rsidR="007451F7" w:rsidRDefault="00000000">
      <w:pPr>
        <w:pStyle w:val="a0"/>
      </w:pPr>
      <w:r>
        <w:t>Τι βλέπουμε στο έργο:</w:t>
      </w:r>
    </w:p>
    <w:p w14:paraId="0E73EBC7" w14:textId="77777777" w:rsidR="007451F7" w:rsidRDefault="00000000">
      <w:pPr>
        <w:pStyle w:val="a0"/>
      </w:pPr>
      <w:r>
        <w:t>Γιατί το επιλέξαμε:</w:t>
      </w:r>
    </w:p>
    <w:p w14:paraId="1028EE4A" w14:textId="77777777" w:rsidR="007451F7" w:rsidRDefault="00000000">
      <w:pPr>
        <w:rPr>
          <w:i/>
          <w:lang w:val="el-GR"/>
        </w:rPr>
      </w:pPr>
      <w:r w:rsidRPr="00EF1214">
        <w:rPr>
          <w:i/>
          <w:lang w:val="el-GR"/>
        </w:rPr>
        <w:t xml:space="preserve">Καταγράψτε στο </w:t>
      </w:r>
      <w:r>
        <w:rPr>
          <w:i/>
        </w:rPr>
        <w:t>www</w:t>
      </w:r>
      <w:r w:rsidRPr="00EF1214">
        <w:rPr>
          <w:i/>
          <w:lang w:val="el-GR"/>
        </w:rPr>
        <w:t>.</w:t>
      </w:r>
      <w:proofErr w:type="spellStart"/>
      <w:r>
        <w:rPr>
          <w:i/>
        </w:rPr>
        <w:t>mentimeter</w:t>
      </w:r>
      <w:proofErr w:type="spellEnd"/>
      <w:r w:rsidRPr="00EF1214">
        <w:rPr>
          <w:i/>
          <w:lang w:val="el-GR"/>
        </w:rPr>
        <w:t>.</w:t>
      </w:r>
      <w:r>
        <w:rPr>
          <w:i/>
        </w:rPr>
        <w:t>com</w:t>
      </w:r>
      <w:r w:rsidRPr="00EF1214">
        <w:rPr>
          <w:i/>
          <w:lang w:val="el-GR"/>
        </w:rPr>
        <w:t xml:space="preserve"> μία λέξη ή φράση που εκφράζει το συναίσθημά σας για το έργο.</w:t>
      </w:r>
    </w:p>
    <w:p w14:paraId="015CBE48" w14:textId="07885742" w:rsidR="00EF1214" w:rsidRPr="00EF1214" w:rsidRDefault="00EF1214" w:rsidP="00EF1214">
      <w:pPr>
        <w:rPr>
          <w:iCs/>
          <w:lang w:val="el-GR"/>
        </w:rPr>
      </w:pPr>
      <w:r w:rsidRPr="00EF1214">
        <w:rPr>
          <w:iCs/>
          <w:lang w:val="el-GR"/>
        </w:rPr>
        <w:drawing>
          <wp:inline distT="0" distB="0" distL="0" distR="0" wp14:anchorId="3849C6CF" wp14:editId="7B103D1E">
            <wp:extent cx="5486400" cy="2390775"/>
            <wp:effectExtent l="0" t="0" r="0" b="9525"/>
            <wp:docPr id="2092874232" name="Εικόνα 1" descr="Εικόνα που περιέχει κείμενο, λογισμικό, εικονίδιο υπολογιστή, γραμματοσειρά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874232" name="Εικόνα 1" descr="Εικόνα που περιέχει κείμενο, λογισμικό, εικονίδιο υπολογιστή, γραμματοσειρά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D7970" w14:textId="77777777" w:rsidR="00EF1214" w:rsidRPr="00EF1214" w:rsidRDefault="00EF1214">
      <w:pPr>
        <w:rPr>
          <w:iCs/>
          <w:lang w:val="el-GR"/>
        </w:rPr>
      </w:pPr>
    </w:p>
    <w:p w14:paraId="3FB6A496" w14:textId="77777777" w:rsidR="00EF1214" w:rsidRDefault="00EF1214">
      <w:pPr>
        <w:rPr>
          <w:b/>
          <w:sz w:val="28"/>
          <w:lang w:val="el-GR"/>
        </w:rPr>
      </w:pPr>
    </w:p>
    <w:p w14:paraId="126B2329" w14:textId="77777777" w:rsidR="00EF1214" w:rsidRDefault="00EF1214">
      <w:pPr>
        <w:rPr>
          <w:b/>
          <w:sz w:val="28"/>
          <w:lang w:val="el-GR"/>
        </w:rPr>
      </w:pPr>
    </w:p>
    <w:p w14:paraId="6774F2A4" w14:textId="77777777" w:rsidR="00EF1214" w:rsidRDefault="00EF1214">
      <w:pPr>
        <w:rPr>
          <w:b/>
          <w:sz w:val="28"/>
          <w:lang w:val="el-GR"/>
        </w:rPr>
      </w:pPr>
    </w:p>
    <w:p w14:paraId="2830F515" w14:textId="77777777" w:rsidR="00EF1214" w:rsidRDefault="00EF1214">
      <w:pPr>
        <w:rPr>
          <w:b/>
          <w:sz w:val="28"/>
          <w:lang w:val="el-GR"/>
        </w:rPr>
      </w:pPr>
    </w:p>
    <w:p w14:paraId="4E3F2B95" w14:textId="77777777" w:rsidR="00EF1214" w:rsidRDefault="00EF1214">
      <w:pPr>
        <w:rPr>
          <w:b/>
          <w:sz w:val="28"/>
          <w:lang w:val="el-GR"/>
        </w:rPr>
      </w:pPr>
    </w:p>
    <w:p w14:paraId="0D4A3AD1" w14:textId="79370170" w:rsidR="007451F7" w:rsidRDefault="00000000">
      <w:proofErr w:type="spellStart"/>
      <w:r>
        <w:rPr>
          <w:b/>
          <w:sz w:val="28"/>
        </w:rPr>
        <w:lastRenderedPageBreak/>
        <w:t>Φύλλο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Εργ</w:t>
      </w:r>
      <w:proofErr w:type="spellEnd"/>
      <w:r>
        <w:rPr>
          <w:b/>
          <w:sz w:val="28"/>
        </w:rPr>
        <w:t>ασίας 3 – Concept Map: What is Art?</w:t>
      </w:r>
    </w:p>
    <w:p w14:paraId="73BF24A9" w14:textId="77777777" w:rsidR="007451F7" w:rsidRPr="00EF1214" w:rsidRDefault="00000000">
      <w:pPr>
        <w:rPr>
          <w:lang w:val="el-GR"/>
        </w:rPr>
      </w:pPr>
      <w:r w:rsidRPr="00EF1214">
        <w:rPr>
          <w:i/>
          <w:lang w:val="el-GR"/>
        </w:rPr>
        <w:t xml:space="preserve">Οδηγίες: Δημιουργήστε εννοιολογικό χάρτη στο </w:t>
      </w:r>
      <w:proofErr w:type="spellStart"/>
      <w:r>
        <w:rPr>
          <w:i/>
        </w:rPr>
        <w:t>Popplet</w:t>
      </w:r>
      <w:proofErr w:type="spellEnd"/>
      <w:r w:rsidRPr="00EF1214">
        <w:rPr>
          <w:i/>
          <w:lang w:val="el-GR"/>
        </w:rPr>
        <w:t xml:space="preserve"> με κεντρική ιδέα τη λέξη '</w:t>
      </w:r>
      <w:r>
        <w:rPr>
          <w:i/>
        </w:rPr>
        <w:t>Art</w:t>
      </w:r>
      <w:r w:rsidRPr="00EF1214">
        <w:rPr>
          <w:i/>
          <w:lang w:val="el-GR"/>
        </w:rPr>
        <w:t>'.</w:t>
      </w:r>
    </w:p>
    <w:p w14:paraId="06EE6534" w14:textId="77777777" w:rsidR="007451F7" w:rsidRDefault="00000000">
      <w:proofErr w:type="spellStart"/>
      <w:r>
        <w:rPr>
          <w:i/>
        </w:rPr>
        <w:t>Προσθέστε</w:t>
      </w:r>
      <w:proofErr w:type="spellEnd"/>
      <w:r>
        <w:rPr>
          <w:i/>
        </w:rPr>
        <w:t xml:space="preserve"> υπ</w:t>
      </w:r>
      <w:proofErr w:type="spellStart"/>
      <w:r>
        <w:rPr>
          <w:i/>
        </w:rPr>
        <w:t>οκ</w:t>
      </w:r>
      <w:proofErr w:type="spellEnd"/>
      <w:r>
        <w:rPr>
          <w:i/>
        </w:rPr>
        <w:t>ατηγορίες όπ</w:t>
      </w:r>
      <w:proofErr w:type="spellStart"/>
      <w:r>
        <w:rPr>
          <w:i/>
        </w:rPr>
        <w:t>ως</w:t>
      </w:r>
      <w:proofErr w:type="spellEnd"/>
      <w:r>
        <w:rPr>
          <w:i/>
        </w:rPr>
        <w:t>:</w:t>
      </w:r>
    </w:p>
    <w:p w14:paraId="02AD2E79" w14:textId="77777777" w:rsidR="007451F7" w:rsidRDefault="00000000">
      <w:pPr>
        <w:pStyle w:val="a0"/>
      </w:pPr>
      <w:r>
        <w:t>Ζωγραφική (Painting)</w:t>
      </w:r>
    </w:p>
    <w:p w14:paraId="48DC7C5F" w14:textId="77777777" w:rsidR="007451F7" w:rsidRDefault="00000000">
      <w:pPr>
        <w:pStyle w:val="a0"/>
      </w:pPr>
      <w:r>
        <w:t>Μουσική (Music)</w:t>
      </w:r>
    </w:p>
    <w:p w14:paraId="4D9C2CFE" w14:textId="77777777" w:rsidR="007451F7" w:rsidRDefault="00000000">
      <w:pPr>
        <w:pStyle w:val="a0"/>
      </w:pPr>
      <w:r>
        <w:t>Ποίηση (Poetry)</w:t>
      </w:r>
    </w:p>
    <w:p w14:paraId="7B76ED01" w14:textId="77777777" w:rsidR="007451F7" w:rsidRDefault="00000000">
      <w:pPr>
        <w:pStyle w:val="a0"/>
      </w:pPr>
      <w:r>
        <w:t>Κινηματογράφος (Cinema)</w:t>
      </w:r>
    </w:p>
    <w:p w14:paraId="1C6F2C50" w14:textId="77777777" w:rsidR="007451F7" w:rsidRDefault="00000000">
      <w:pPr>
        <w:pStyle w:val="a0"/>
      </w:pPr>
      <w:r>
        <w:t>Καλλιτέχνες (Famous Artists)</w:t>
      </w:r>
    </w:p>
    <w:p w14:paraId="7003B0BB" w14:textId="4C810AFE" w:rsidR="007451F7" w:rsidRDefault="00000000">
      <w:pPr>
        <w:rPr>
          <w:i/>
          <w:lang w:val="el-GR"/>
        </w:rPr>
      </w:pPr>
      <w:r w:rsidRPr="00EF1214">
        <w:rPr>
          <w:i/>
          <w:lang w:val="el-GR"/>
        </w:rPr>
        <w:t xml:space="preserve">Εργαλείο: </w:t>
      </w:r>
      <w:hyperlink r:id="rId17" w:history="1">
        <w:r w:rsidR="00EF1214" w:rsidRPr="00286827">
          <w:rPr>
            <w:rStyle w:val="-"/>
            <w:i/>
          </w:rPr>
          <w:t>http</w:t>
        </w:r>
        <w:r w:rsidR="00EF1214" w:rsidRPr="00286827">
          <w:rPr>
            <w:rStyle w:val="-"/>
            <w:i/>
            <w:lang w:val="el-GR"/>
          </w:rPr>
          <w:t>://</w:t>
        </w:r>
        <w:proofErr w:type="spellStart"/>
        <w:r w:rsidR="00EF1214" w:rsidRPr="00286827">
          <w:rPr>
            <w:rStyle w:val="-"/>
            <w:i/>
          </w:rPr>
          <w:t>poppl</w:t>
        </w:r>
        <w:r w:rsidR="00EF1214" w:rsidRPr="00286827">
          <w:rPr>
            <w:rStyle w:val="-"/>
            <w:i/>
          </w:rPr>
          <w:t>et</w:t>
        </w:r>
        <w:proofErr w:type="spellEnd"/>
        <w:r w:rsidR="00EF1214" w:rsidRPr="00286827">
          <w:rPr>
            <w:rStyle w:val="-"/>
            <w:i/>
            <w:lang w:val="el-GR"/>
          </w:rPr>
          <w:t>.</w:t>
        </w:r>
        <w:r w:rsidR="00EF1214" w:rsidRPr="00286827">
          <w:rPr>
            <w:rStyle w:val="-"/>
            <w:i/>
          </w:rPr>
          <w:t>com</w:t>
        </w:r>
        <w:r w:rsidR="00EF1214" w:rsidRPr="00286827">
          <w:rPr>
            <w:rStyle w:val="-"/>
            <w:i/>
            <w:lang w:val="el-GR"/>
          </w:rPr>
          <w:t>/</w:t>
        </w:r>
        <w:r w:rsidR="00EF1214" w:rsidRPr="00286827">
          <w:rPr>
            <w:rStyle w:val="-"/>
            <w:i/>
          </w:rPr>
          <w:t>app</w:t>
        </w:r>
        <w:r w:rsidR="00EF1214" w:rsidRPr="00286827">
          <w:rPr>
            <w:rStyle w:val="-"/>
            <w:i/>
            <w:lang w:val="el-GR"/>
          </w:rPr>
          <w:t>/#/5107737</w:t>
        </w:r>
      </w:hyperlink>
      <w:r w:rsidR="00EF1214">
        <w:rPr>
          <w:i/>
          <w:lang w:val="el-GR"/>
        </w:rPr>
        <w:t xml:space="preserve"> </w:t>
      </w:r>
    </w:p>
    <w:p w14:paraId="6317814F" w14:textId="4B8A5365" w:rsidR="006F49F5" w:rsidRDefault="006F49F5">
      <w:pPr>
        <w:rPr>
          <w:i/>
          <w:lang w:val="el-GR"/>
        </w:rPr>
      </w:pPr>
      <w:r>
        <w:rPr>
          <w:rFonts w:ascii="Arial" w:hAnsi="Arial" w:cs="Arial"/>
          <w:noProof/>
          <w:color w:val="000000"/>
          <w:sz w:val="20"/>
          <w:szCs w:val="20"/>
          <w:bdr w:val="none" w:sz="0" w:space="0" w:color="auto" w:frame="1"/>
        </w:rPr>
        <w:drawing>
          <wp:inline distT="0" distB="0" distL="0" distR="0" wp14:anchorId="14AE25C8" wp14:editId="51D55152">
            <wp:extent cx="5486400" cy="2910283"/>
            <wp:effectExtent l="0" t="0" r="0" b="4445"/>
            <wp:docPr id="74" name="Εικόνα 34" descr="Εικόνα που περιέχει στιγμιότυπο οθόνης, κείμενο, διάγραμμα, γραμμή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Εικόνα 34" descr="Εικόνα που περιέχει στιγμιότυπο οθόνης, κείμενο, διάγραμμα, γραμμή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1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15399" w14:textId="77777777" w:rsidR="006F49F5" w:rsidRPr="00EF1214" w:rsidRDefault="006F49F5">
      <w:pPr>
        <w:rPr>
          <w:lang w:val="el-GR"/>
        </w:rPr>
      </w:pPr>
    </w:p>
    <w:p w14:paraId="589FF490" w14:textId="77777777" w:rsidR="007451F7" w:rsidRDefault="00000000">
      <w:r>
        <w:rPr>
          <w:b/>
          <w:sz w:val="28"/>
        </w:rPr>
        <w:t>Φύλλο Εργασίας 4 – Vocabulary Practice: Visiting a Museum (Kahoot)</w:t>
      </w:r>
    </w:p>
    <w:p w14:paraId="0B761142" w14:textId="77777777" w:rsidR="007451F7" w:rsidRPr="00EF1214" w:rsidRDefault="00000000">
      <w:pPr>
        <w:rPr>
          <w:lang w:val="el-GR"/>
        </w:rPr>
      </w:pPr>
      <w:r w:rsidRPr="00EF1214">
        <w:rPr>
          <w:i/>
          <w:lang w:val="el-GR"/>
        </w:rPr>
        <w:t xml:space="preserve">Οδηγίες: Παίξε το </w:t>
      </w:r>
      <w:r>
        <w:rPr>
          <w:i/>
        </w:rPr>
        <w:t>quiz</w:t>
      </w:r>
      <w:r w:rsidRPr="00EF1214">
        <w:rPr>
          <w:i/>
          <w:lang w:val="el-GR"/>
        </w:rPr>
        <w:t xml:space="preserve"> στο </w:t>
      </w:r>
      <w:r>
        <w:rPr>
          <w:i/>
        </w:rPr>
        <w:t>Kahoot</w:t>
      </w:r>
      <w:r w:rsidRPr="00EF1214">
        <w:rPr>
          <w:i/>
          <w:lang w:val="el-GR"/>
        </w:rPr>
        <w:t xml:space="preserve"> με λέξεις για επισκέψεις σε μουσεία.</w:t>
      </w:r>
    </w:p>
    <w:p w14:paraId="4B80B564" w14:textId="32D8877D" w:rsidR="007451F7" w:rsidRPr="00EF1214" w:rsidRDefault="00000000">
      <w:pPr>
        <w:rPr>
          <w:lang w:val="en-GB"/>
        </w:rPr>
      </w:pPr>
      <w:r>
        <w:rPr>
          <w:i/>
        </w:rPr>
        <w:t xml:space="preserve">Quiz: </w:t>
      </w:r>
      <w:hyperlink r:id="rId19" w:history="1">
        <w:r w:rsidR="00EF1214" w:rsidRPr="00286827">
          <w:rPr>
            <w:rStyle w:val="-"/>
            <w:i/>
          </w:rPr>
          <w:t>https://create.kahoot.it/creator/91c6dcb0-da3f-48cb-8b04-f396fe612a52</w:t>
        </w:r>
      </w:hyperlink>
      <w:r w:rsidR="00EF1214" w:rsidRPr="00EF1214">
        <w:rPr>
          <w:i/>
          <w:lang w:val="en-GB"/>
        </w:rPr>
        <w:t xml:space="preserve"> </w:t>
      </w:r>
    </w:p>
    <w:p w14:paraId="23BBA1CF" w14:textId="77777777" w:rsidR="007451F7" w:rsidRDefault="00000000">
      <w:proofErr w:type="spellStart"/>
      <w:r>
        <w:rPr>
          <w:i/>
        </w:rPr>
        <w:t>Γράψε</w:t>
      </w:r>
      <w:proofErr w:type="spellEnd"/>
      <w:r>
        <w:rPr>
          <w:i/>
        </w:rPr>
        <w:t xml:space="preserve"> 3 </w:t>
      </w:r>
      <w:proofErr w:type="spellStart"/>
      <w:r>
        <w:rPr>
          <w:i/>
        </w:rPr>
        <w:t>λέξεις</w:t>
      </w:r>
      <w:proofErr w:type="spellEnd"/>
      <w:r>
        <w:rPr>
          <w:i/>
        </w:rPr>
        <w:t xml:space="preserve"> π</w:t>
      </w:r>
      <w:proofErr w:type="spellStart"/>
      <w:r>
        <w:rPr>
          <w:i/>
        </w:rPr>
        <w:t>ου</w:t>
      </w:r>
      <w:proofErr w:type="spellEnd"/>
      <w:r>
        <w:rPr>
          <w:i/>
        </w:rPr>
        <w:t xml:space="preserve"> θυμάσαι:</w:t>
      </w:r>
    </w:p>
    <w:p w14:paraId="703B4BED" w14:textId="77777777" w:rsidR="007451F7" w:rsidRDefault="00000000">
      <w:pPr>
        <w:pStyle w:val="a0"/>
      </w:pPr>
      <w:r>
        <w:t>1. ____________</w:t>
      </w:r>
    </w:p>
    <w:p w14:paraId="2DDCB91C" w14:textId="77777777" w:rsidR="007451F7" w:rsidRDefault="00000000">
      <w:pPr>
        <w:pStyle w:val="a0"/>
      </w:pPr>
      <w:r>
        <w:t>2. ____________</w:t>
      </w:r>
    </w:p>
    <w:p w14:paraId="07B64450" w14:textId="77777777" w:rsidR="007451F7" w:rsidRPr="00EF1214" w:rsidRDefault="00000000">
      <w:pPr>
        <w:pStyle w:val="a0"/>
      </w:pPr>
      <w:proofErr w:type="gramStart"/>
      <w:r>
        <w:t>3. _</w:t>
      </w:r>
      <w:proofErr w:type="gramEnd"/>
      <w:r>
        <w:t>___________</w:t>
      </w:r>
    </w:p>
    <w:p w14:paraId="701288D7" w14:textId="77777777" w:rsidR="00EF1214" w:rsidRDefault="00EF1214" w:rsidP="00EF1214">
      <w:pPr>
        <w:pStyle w:val="a0"/>
        <w:numPr>
          <w:ilvl w:val="0"/>
          <w:numId w:val="0"/>
        </w:numPr>
        <w:ind w:left="360"/>
        <w:rPr>
          <w:lang w:val="el-GR"/>
        </w:rPr>
      </w:pPr>
    </w:p>
    <w:p w14:paraId="3DDB2A41" w14:textId="06B0F878" w:rsidR="00EF1214" w:rsidRPr="00EF1214" w:rsidRDefault="00EF1214" w:rsidP="00EF1214">
      <w:pPr>
        <w:pStyle w:val="a0"/>
        <w:rPr>
          <w:lang w:val="el-GR"/>
        </w:rPr>
      </w:pPr>
      <w:r w:rsidRPr="00EF1214">
        <w:rPr>
          <w:lang w:val="el-GR"/>
        </w:rPr>
        <w:lastRenderedPageBreak/>
        <w:drawing>
          <wp:inline distT="0" distB="0" distL="0" distR="0" wp14:anchorId="3833FF6F" wp14:editId="64BACB48">
            <wp:extent cx="5486400" cy="2700020"/>
            <wp:effectExtent l="0" t="0" r="0" b="5080"/>
            <wp:docPr id="232003898" name="Εικόνα 9" descr="Εικόνα που περιέχει κείμενο, στιγμιότυπο οθόνης, λογισμικό, ιστοσελίδα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03898" name="Εικόνα 9" descr="Εικόνα που περιέχει κείμενο, στιγμιότυπο οθόνης, λογισμικό, ιστοσελίδα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8F073" w14:textId="77777777" w:rsidR="00EF1214" w:rsidRPr="00EF1214" w:rsidRDefault="00EF1214" w:rsidP="00EF1214">
      <w:pPr>
        <w:pStyle w:val="a0"/>
        <w:numPr>
          <w:ilvl w:val="0"/>
          <w:numId w:val="0"/>
        </w:numPr>
        <w:ind w:left="360"/>
        <w:rPr>
          <w:lang w:val="el-GR"/>
        </w:rPr>
      </w:pPr>
    </w:p>
    <w:p w14:paraId="6B9A1EBE" w14:textId="77777777" w:rsidR="00EF1214" w:rsidRDefault="00EF1214">
      <w:pPr>
        <w:rPr>
          <w:b/>
          <w:sz w:val="28"/>
          <w:lang w:val="el-GR"/>
        </w:rPr>
      </w:pPr>
    </w:p>
    <w:p w14:paraId="76675C11" w14:textId="6D157799" w:rsidR="007451F7" w:rsidRDefault="00000000">
      <w:proofErr w:type="spellStart"/>
      <w:r>
        <w:rPr>
          <w:b/>
          <w:sz w:val="28"/>
        </w:rPr>
        <w:t>Φύλλο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Εργ</w:t>
      </w:r>
      <w:proofErr w:type="spellEnd"/>
      <w:r>
        <w:rPr>
          <w:b/>
          <w:sz w:val="28"/>
        </w:rPr>
        <w:t>ασίας 5 – Create your own Spring Haiku</w:t>
      </w:r>
    </w:p>
    <w:p w14:paraId="7644026A" w14:textId="77777777" w:rsidR="007451F7" w:rsidRPr="00EF1214" w:rsidRDefault="00000000">
      <w:pPr>
        <w:rPr>
          <w:lang w:val="el-GR"/>
        </w:rPr>
      </w:pPr>
      <w:r w:rsidRPr="00EF1214">
        <w:rPr>
          <w:i/>
          <w:lang w:val="el-GR"/>
        </w:rPr>
        <w:t xml:space="preserve">Οδηγίες: Δημιούργησε το δικό σου </w:t>
      </w:r>
      <w:r>
        <w:rPr>
          <w:i/>
        </w:rPr>
        <w:t>Haiku</w:t>
      </w:r>
      <w:r w:rsidRPr="00EF1214">
        <w:rPr>
          <w:i/>
          <w:lang w:val="el-GR"/>
        </w:rPr>
        <w:t xml:space="preserve"> για την Άνοιξη ή την Τέχνη.</w:t>
      </w:r>
    </w:p>
    <w:p w14:paraId="2A1DA1A8" w14:textId="77777777" w:rsidR="007451F7" w:rsidRDefault="00000000">
      <w:proofErr w:type="spellStart"/>
      <w:r>
        <w:rPr>
          <w:i/>
        </w:rPr>
        <w:t>Δομή</w:t>
      </w:r>
      <w:proofErr w:type="spellEnd"/>
      <w:r>
        <w:rPr>
          <w:i/>
        </w:rPr>
        <w:t xml:space="preserve"> Haiku:</w:t>
      </w:r>
    </w:p>
    <w:p w14:paraId="4DCF7B54" w14:textId="77777777" w:rsidR="007451F7" w:rsidRDefault="00000000">
      <w:pPr>
        <w:pStyle w:val="a0"/>
      </w:pPr>
      <w:r>
        <w:t>1ος στίχος: 5 συλλαβές</w:t>
      </w:r>
    </w:p>
    <w:p w14:paraId="2BBB226E" w14:textId="77777777" w:rsidR="007451F7" w:rsidRDefault="00000000">
      <w:pPr>
        <w:pStyle w:val="a0"/>
      </w:pPr>
      <w:r>
        <w:t>2ος στίχος: 7 συλλαβές</w:t>
      </w:r>
    </w:p>
    <w:p w14:paraId="4524926E" w14:textId="77777777" w:rsidR="007451F7" w:rsidRDefault="00000000">
      <w:pPr>
        <w:pStyle w:val="a0"/>
      </w:pPr>
      <w:r>
        <w:t>3ος στίχος: 5 συλλαβές</w:t>
      </w:r>
    </w:p>
    <w:p w14:paraId="27124FD8" w14:textId="77777777" w:rsidR="007451F7" w:rsidRDefault="00000000">
      <w:r>
        <w:rPr>
          <w:i/>
        </w:rPr>
        <w:t>Παράδειγμα:</w:t>
      </w:r>
    </w:p>
    <w:p w14:paraId="048DC8B2" w14:textId="77777777" w:rsidR="007451F7" w:rsidRDefault="00000000">
      <w:r>
        <w:rPr>
          <w:i/>
        </w:rPr>
        <w:t>Spring is in the air</w:t>
      </w:r>
    </w:p>
    <w:p w14:paraId="4E59031E" w14:textId="77777777" w:rsidR="007451F7" w:rsidRDefault="00000000">
      <w:r>
        <w:rPr>
          <w:i/>
        </w:rPr>
        <w:t>Blossoms dance in warm sunlight</w:t>
      </w:r>
    </w:p>
    <w:p w14:paraId="47D9876A" w14:textId="77777777" w:rsidR="007451F7" w:rsidRDefault="00000000">
      <w:r>
        <w:rPr>
          <w:i/>
        </w:rPr>
        <w:t>A painting in bloom</w:t>
      </w:r>
    </w:p>
    <w:p w14:paraId="7F2CCE76" w14:textId="77777777" w:rsidR="007451F7" w:rsidRDefault="00000000">
      <w:r>
        <w:rPr>
          <w:i/>
        </w:rPr>
        <w:t>Το δικό μου Haiku:</w:t>
      </w:r>
    </w:p>
    <w:p w14:paraId="74F986B7" w14:textId="77777777" w:rsidR="007451F7" w:rsidRDefault="00000000">
      <w:r>
        <w:rPr>
          <w:i/>
        </w:rPr>
        <w:t>1. __________________________________</w:t>
      </w:r>
    </w:p>
    <w:p w14:paraId="23B21271" w14:textId="77777777" w:rsidR="007451F7" w:rsidRDefault="00000000">
      <w:r>
        <w:rPr>
          <w:i/>
        </w:rPr>
        <w:t>2. __________________________________</w:t>
      </w:r>
    </w:p>
    <w:p w14:paraId="017A4B8D" w14:textId="77777777" w:rsidR="007451F7" w:rsidRDefault="00000000">
      <w:r>
        <w:rPr>
          <w:i/>
        </w:rPr>
        <w:t>3. __________________________________</w:t>
      </w:r>
    </w:p>
    <w:p w14:paraId="4BB1132C" w14:textId="7C142871" w:rsidR="007451F7" w:rsidRDefault="00000000">
      <w:pPr>
        <w:rPr>
          <w:i/>
          <w:lang w:val="el-GR"/>
        </w:rPr>
      </w:pPr>
      <w:r w:rsidRPr="00EF1214">
        <w:rPr>
          <w:i/>
          <w:lang w:val="el-GR"/>
        </w:rPr>
        <w:t xml:space="preserve">Λεξιλόγιο: </w:t>
      </w:r>
      <w:hyperlink r:id="rId21" w:history="1">
        <w:r w:rsidR="00EF1214" w:rsidRPr="00195C4E">
          <w:rPr>
            <w:rStyle w:val="-"/>
            <w:i/>
          </w:rPr>
          <w:t>https</w:t>
        </w:r>
        <w:r w:rsidR="00EF1214" w:rsidRPr="00195C4E">
          <w:rPr>
            <w:rStyle w:val="-"/>
            <w:i/>
            <w:lang w:val="el-GR"/>
          </w:rPr>
          <w:t>://</w:t>
        </w:r>
        <w:r w:rsidR="00EF1214" w:rsidRPr="00195C4E">
          <w:rPr>
            <w:rStyle w:val="-"/>
            <w:i/>
          </w:rPr>
          <w:t>docs</w:t>
        </w:r>
        <w:r w:rsidR="00EF1214" w:rsidRPr="00195C4E">
          <w:rPr>
            <w:rStyle w:val="-"/>
            <w:i/>
            <w:lang w:val="el-GR"/>
          </w:rPr>
          <w:t>.</w:t>
        </w:r>
        <w:r w:rsidR="00EF1214" w:rsidRPr="00195C4E">
          <w:rPr>
            <w:rStyle w:val="-"/>
            <w:i/>
          </w:rPr>
          <w:t>go</w:t>
        </w:r>
        <w:r w:rsidR="00EF1214" w:rsidRPr="00195C4E">
          <w:rPr>
            <w:rStyle w:val="-"/>
            <w:i/>
          </w:rPr>
          <w:t>ogle</w:t>
        </w:r>
        <w:r w:rsidR="00EF1214" w:rsidRPr="00195C4E">
          <w:rPr>
            <w:rStyle w:val="-"/>
            <w:i/>
            <w:lang w:val="el-GR"/>
          </w:rPr>
          <w:t>.</w:t>
        </w:r>
        <w:r w:rsidR="00EF1214" w:rsidRPr="00195C4E">
          <w:rPr>
            <w:rStyle w:val="-"/>
            <w:i/>
          </w:rPr>
          <w:t>com</w:t>
        </w:r>
        <w:r w:rsidR="00EF1214" w:rsidRPr="00195C4E">
          <w:rPr>
            <w:rStyle w:val="-"/>
            <w:i/>
            <w:lang w:val="el-GR"/>
          </w:rPr>
          <w:t>/</w:t>
        </w:r>
        <w:r w:rsidR="00EF1214" w:rsidRPr="00195C4E">
          <w:rPr>
            <w:rStyle w:val="-"/>
            <w:i/>
          </w:rPr>
          <w:t>document</w:t>
        </w:r>
        <w:r w:rsidR="00EF1214" w:rsidRPr="00195C4E">
          <w:rPr>
            <w:rStyle w:val="-"/>
            <w:i/>
            <w:lang w:val="el-GR"/>
          </w:rPr>
          <w:t>/</w:t>
        </w:r>
        <w:r w:rsidR="00EF1214" w:rsidRPr="00195C4E">
          <w:rPr>
            <w:rStyle w:val="-"/>
            <w:i/>
          </w:rPr>
          <w:t>d</w:t>
        </w:r>
        <w:r w:rsidR="00EF1214" w:rsidRPr="00195C4E">
          <w:rPr>
            <w:rStyle w:val="-"/>
            <w:i/>
            <w:lang w:val="el-GR"/>
          </w:rPr>
          <w:t>/16</w:t>
        </w:r>
        <w:proofErr w:type="spellStart"/>
        <w:r w:rsidR="00EF1214" w:rsidRPr="00195C4E">
          <w:rPr>
            <w:rStyle w:val="-"/>
            <w:i/>
          </w:rPr>
          <w:t>GNJBJwzrnsVrEjPlJN</w:t>
        </w:r>
        <w:proofErr w:type="spellEnd"/>
        <w:r w:rsidR="00EF1214" w:rsidRPr="00195C4E">
          <w:rPr>
            <w:rStyle w:val="-"/>
            <w:i/>
            <w:lang w:val="el-GR"/>
          </w:rPr>
          <w:t>4</w:t>
        </w:r>
        <w:r w:rsidR="00EF1214" w:rsidRPr="00195C4E">
          <w:rPr>
            <w:rStyle w:val="-"/>
            <w:i/>
          </w:rPr>
          <w:t>t</w:t>
        </w:r>
        <w:r w:rsidR="00EF1214" w:rsidRPr="00195C4E">
          <w:rPr>
            <w:rStyle w:val="-"/>
            <w:i/>
            <w:lang w:val="el-GR"/>
          </w:rPr>
          <w:t>-5</w:t>
        </w:r>
        <w:proofErr w:type="spellStart"/>
        <w:r w:rsidR="00EF1214" w:rsidRPr="00195C4E">
          <w:rPr>
            <w:rStyle w:val="-"/>
            <w:i/>
          </w:rPr>
          <w:t>MbKdWH</w:t>
        </w:r>
        <w:proofErr w:type="spellEnd"/>
        <w:r w:rsidR="00EF1214" w:rsidRPr="00195C4E">
          <w:rPr>
            <w:rStyle w:val="-"/>
            <w:i/>
            <w:lang w:val="el-GR"/>
          </w:rPr>
          <w:t>69</w:t>
        </w:r>
        <w:proofErr w:type="spellStart"/>
        <w:r w:rsidR="00EF1214" w:rsidRPr="00195C4E">
          <w:rPr>
            <w:rStyle w:val="-"/>
            <w:i/>
          </w:rPr>
          <w:t>hz</w:t>
        </w:r>
        <w:proofErr w:type="spellEnd"/>
        <w:r w:rsidR="00EF1214" w:rsidRPr="00195C4E">
          <w:rPr>
            <w:rStyle w:val="-"/>
            <w:i/>
            <w:lang w:val="el-GR"/>
          </w:rPr>
          <w:t>-</w:t>
        </w:r>
        <w:proofErr w:type="spellStart"/>
        <w:r w:rsidR="00EF1214" w:rsidRPr="00195C4E">
          <w:rPr>
            <w:rStyle w:val="-"/>
            <w:i/>
          </w:rPr>
          <w:t>qFScBIWxU</w:t>
        </w:r>
        <w:proofErr w:type="spellEnd"/>
        <w:r w:rsidR="00EF1214" w:rsidRPr="00195C4E">
          <w:rPr>
            <w:rStyle w:val="-"/>
            <w:i/>
            <w:lang w:val="el-GR"/>
          </w:rPr>
          <w:t>/</w:t>
        </w:r>
        <w:r w:rsidR="00EF1214" w:rsidRPr="00195C4E">
          <w:rPr>
            <w:rStyle w:val="-"/>
            <w:i/>
          </w:rPr>
          <w:t>edit</w:t>
        </w:r>
      </w:hyperlink>
      <w:r w:rsidR="00EF1214">
        <w:rPr>
          <w:i/>
          <w:lang w:val="el-GR"/>
        </w:rPr>
        <w:t xml:space="preserve"> </w:t>
      </w:r>
    </w:p>
    <w:p w14:paraId="63396C9B" w14:textId="250FD740" w:rsidR="007451F7" w:rsidRDefault="00000000">
      <w:proofErr w:type="spellStart"/>
      <w:r>
        <w:rPr>
          <w:b/>
          <w:sz w:val="28"/>
        </w:rPr>
        <w:lastRenderedPageBreak/>
        <w:t>Φύλλο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Εργ</w:t>
      </w:r>
      <w:proofErr w:type="spellEnd"/>
      <w:r>
        <w:rPr>
          <w:b/>
          <w:sz w:val="28"/>
        </w:rPr>
        <w:t>ασίας 6 – Gap-Fill Vocabulary Practice (Wordwall)</w:t>
      </w:r>
    </w:p>
    <w:p w14:paraId="2D0851A6" w14:textId="531CD17B" w:rsidR="007451F7" w:rsidRPr="00EF1214" w:rsidRDefault="00000000">
      <w:pPr>
        <w:rPr>
          <w:lang w:val="el-GR"/>
        </w:rPr>
      </w:pPr>
      <w:r w:rsidRPr="00EF1214">
        <w:rPr>
          <w:i/>
          <w:lang w:val="el-GR"/>
        </w:rPr>
        <w:t xml:space="preserve">Οδηγίες: </w:t>
      </w:r>
      <w:r w:rsidR="006F49F5">
        <w:rPr>
          <w:i/>
          <w:lang w:val="el-GR"/>
        </w:rPr>
        <w:t xml:space="preserve">Ολοκλήρωσε </w:t>
      </w:r>
      <w:r w:rsidRPr="00EF1214">
        <w:rPr>
          <w:i/>
          <w:lang w:val="el-GR"/>
        </w:rPr>
        <w:t xml:space="preserve">την άσκηση συμπλήρωσης στο </w:t>
      </w:r>
      <w:proofErr w:type="spellStart"/>
      <w:r>
        <w:rPr>
          <w:i/>
        </w:rPr>
        <w:t>Wordwall</w:t>
      </w:r>
      <w:proofErr w:type="spellEnd"/>
      <w:r w:rsidRPr="00EF1214">
        <w:rPr>
          <w:i/>
          <w:lang w:val="el-GR"/>
        </w:rPr>
        <w:t>.</w:t>
      </w:r>
    </w:p>
    <w:p w14:paraId="333110E4" w14:textId="77CA3D77" w:rsidR="007451F7" w:rsidRPr="00EF1214" w:rsidRDefault="00000000">
      <w:pPr>
        <w:rPr>
          <w:lang w:val="el-GR"/>
        </w:rPr>
      </w:pPr>
      <w:r w:rsidRPr="00EF1214">
        <w:rPr>
          <w:i/>
          <w:lang w:val="el-GR"/>
        </w:rPr>
        <w:t xml:space="preserve">Άσκηση: </w:t>
      </w:r>
      <w:hyperlink r:id="rId22" w:history="1">
        <w:r w:rsidR="00EF1214" w:rsidRPr="00195C4E">
          <w:rPr>
            <w:rStyle w:val="-"/>
            <w:i/>
          </w:rPr>
          <w:t>https</w:t>
        </w:r>
        <w:r w:rsidR="00EF1214" w:rsidRPr="00195C4E">
          <w:rPr>
            <w:rStyle w:val="-"/>
            <w:i/>
            <w:lang w:val="el-GR"/>
          </w:rPr>
          <w:t>://</w:t>
        </w:r>
        <w:proofErr w:type="spellStart"/>
        <w:r w:rsidR="00EF1214" w:rsidRPr="00195C4E">
          <w:rPr>
            <w:rStyle w:val="-"/>
            <w:i/>
          </w:rPr>
          <w:t>wordw</w:t>
        </w:r>
        <w:r w:rsidR="00EF1214" w:rsidRPr="00195C4E">
          <w:rPr>
            <w:rStyle w:val="-"/>
            <w:i/>
          </w:rPr>
          <w:t>all</w:t>
        </w:r>
        <w:proofErr w:type="spellEnd"/>
        <w:r w:rsidR="00EF1214" w:rsidRPr="00195C4E">
          <w:rPr>
            <w:rStyle w:val="-"/>
            <w:i/>
            <w:lang w:val="el-GR"/>
          </w:rPr>
          <w:t>.</w:t>
        </w:r>
        <w:r w:rsidR="00EF1214" w:rsidRPr="00195C4E">
          <w:rPr>
            <w:rStyle w:val="-"/>
            <w:i/>
          </w:rPr>
          <w:t>net</w:t>
        </w:r>
        <w:r w:rsidR="00EF1214" w:rsidRPr="00195C4E">
          <w:rPr>
            <w:rStyle w:val="-"/>
            <w:i/>
            <w:lang w:val="el-GR"/>
          </w:rPr>
          <w:t>/</w:t>
        </w:r>
        <w:r w:rsidR="00EF1214" w:rsidRPr="00195C4E">
          <w:rPr>
            <w:rStyle w:val="-"/>
            <w:i/>
          </w:rPr>
          <w:t>resourc</w:t>
        </w:r>
        <w:r w:rsidR="00EF1214" w:rsidRPr="00195C4E">
          <w:rPr>
            <w:rStyle w:val="-"/>
            <w:i/>
          </w:rPr>
          <w:t>e</w:t>
        </w:r>
        <w:r w:rsidR="00EF1214" w:rsidRPr="00195C4E">
          <w:rPr>
            <w:rStyle w:val="-"/>
            <w:i/>
            <w:lang w:val="el-GR"/>
          </w:rPr>
          <w:t>/93438384/</w:t>
        </w:r>
        <w:r w:rsidR="00EF1214" w:rsidRPr="00195C4E">
          <w:rPr>
            <w:rStyle w:val="-"/>
            <w:i/>
          </w:rPr>
          <w:t>using</w:t>
        </w:r>
        <w:r w:rsidR="00EF1214" w:rsidRPr="00195C4E">
          <w:rPr>
            <w:rStyle w:val="-"/>
            <w:i/>
            <w:lang w:val="el-GR"/>
          </w:rPr>
          <w:t>-</w:t>
        </w:r>
        <w:proofErr w:type="spellStart"/>
        <w:r w:rsidR="00EF1214" w:rsidRPr="00195C4E">
          <w:rPr>
            <w:rStyle w:val="-"/>
            <w:i/>
          </w:rPr>
          <w:t>english</w:t>
        </w:r>
        <w:proofErr w:type="spellEnd"/>
        <w:r w:rsidR="00EF1214" w:rsidRPr="00195C4E">
          <w:rPr>
            <w:rStyle w:val="-"/>
            <w:i/>
            <w:lang w:val="el-GR"/>
          </w:rPr>
          <w:t>-</w:t>
        </w:r>
        <w:r w:rsidR="00EF1214" w:rsidRPr="00195C4E">
          <w:rPr>
            <w:rStyle w:val="-"/>
            <w:i/>
          </w:rPr>
          <w:t>to</w:t>
        </w:r>
        <w:r w:rsidR="00EF1214" w:rsidRPr="00195C4E">
          <w:rPr>
            <w:rStyle w:val="-"/>
            <w:i/>
            <w:lang w:val="el-GR"/>
          </w:rPr>
          <w:t>-</w:t>
        </w:r>
        <w:r w:rsidR="00EF1214" w:rsidRPr="00195C4E">
          <w:rPr>
            <w:rStyle w:val="-"/>
            <w:i/>
          </w:rPr>
          <w:t>understand</w:t>
        </w:r>
        <w:r w:rsidR="00EF1214" w:rsidRPr="00195C4E">
          <w:rPr>
            <w:rStyle w:val="-"/>
            <w:i/>
            <w:lang w:val="el-GR"/>
          </w:rPr>
          <w:t>-</w:t>
        </w:r>
        <w:r w:rsidR="00EF1214" w:rsidRPr="00195C4E">
          <w:rPr>
            <w:rStyle w:val="-"/>
            <w:i/>
          </w:rPr>
          <w:t>the</w:t>
        </w:r>
        <w:r w:rsidR="00EF1214" w:rsidRPr="00195C4E">
          <w:rPr>
            <w:rStyle w:val="-"/>
            <w:i/>
            <w:lang w:val="el-GR"/>
          </w:rPr>
          <w:t>-</w:t>
        </w:r>
        <w:r w:rsidR="00EF1214" w:rsidRPr="00195C4E">
          <w:rPr>
            <w:rStyle w:val="-"/>
            <w:i/>
          </w:rPr>
          <w:t>arts</w:t>
        </w:r>
      </w:hyperlink>
      <w:r w:rsidR="00EF1214">
        <w:rPr>
          <w:i/>
          <w:lang w:val="el-GR"/>
        </w:rPr>
        <w:t xml:space="preserve"> </w:t>
      </w:r>
    </w:p>
    <w:p w14:paraId="77A1C1EB" w14:textId="73D71203" w:rsidR="006F49F5" w:rsidRPr="006F49F5" w:rsidRDefault="006F49F5" w:rsidP="006F49F5">
      <w:pPr>
        <w:pStyle w:val="a0"/>
        <w:rPr>
          <w:lang w:val="el-GR"/>
        </w:rPr>
      </w:pPr>
      <w:r w:rsidRPr="006F49F5">
        <w:rPr>
          <w:lang w:val="el-GR"/>
        </w:rPr>
        <w:drawing>
          <wp:inline distT="0" distB="0" distL="0" distR="0" wp14:anchorId="5FAFD596" wp14:editId="49BDF0DC">
            <wp:extent cx="5414645" cy="5549900"/>
            <wp:effectExtent l="0" t="0" r="0" b="0"/>
            <wp:docPr id="559668451" name="Εικόνα 10" descr="Εικόνα που περιέχει κείμενο, στιγμιότυπο οθόνης, ιστοσελίδα, λογισμικό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668451" name="Εικόνα 10" descr="Εικόνα που περιέχει κείμενο, στιγμιότυπο οθόνης, ιστοσελίδα, λογισμικό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5A6E3" w14:textId="77777777" w:rsidR="00EF1214" w:rsidRDefault="00EF1214" w:rsidP="00EF1214">
      <w:pPr>
        <w:pStyle w:val="a0"/>
        <w:numPr>
          <w:ilvl w:val="0"/>
          <w:numId w:val="0"/>
        </w:numPr>
      </w:pPr>
    </w:p>
    <w:p w14:paraId="12D2F391" w14:textId="77777777" w:rsidR="006F49F5" w:rsidRDefault="006F49F5">
      <w:pPr>
        <w:rPr>
          <w:b/>
          <w:sz w:val="28"/>
          <w:lang w:val="el-GR"/>
        </w:rPr>
      </w:pPr>
    </w:p>
    <w:p w14:paraId="5BC216A6" w14:textId="77777777" w:rsidR="006F49F5" w:rsidRDefault="006F49F5">
      <w:pPr>
        <w:rPr>
          <w:b/>
          <w:sz w:val="28"/>
          <w:lang w:val="el-GR"/>
        </w:rPr>
      </w:pPr>
    </w:p>
    <w:p w14:paraId="537C98A9" w14:textId="77777777" w:rsidR="006F49F5" w:rsidRDefault="006F49F5">
      <w:pPr>
        <w:rPr>
          <w:b/>
          <w:sz w:val="28"/>
          <w:lang w:val="el-GR"/>
        </w:rPr>
      </w:pPr>
    </w:p>
    <w:p w14:paraId="15B8A8EF" w14:textId="77777777" w:rsidR="006F49F5" w:rsidRDefault="006F49F5">
      <w:pPr>
        <w:rPr>
          <w:b/>
          <w:sz w:val="28"/>
          <w:lang w:val="el-GR"/>
        </w:rPr>
      </w:pPr>
    </w:p>
    <w:p w14:paraId="5C1EBF0B" w14:textId="6DF972DE" w:rsidR="007451F7" w:rsidRDefault="00000000">
      <w:proofErr w:type="spellStart"/>
      <w:r>
        <w:rPr>
          <w:b/>
          <w:sz w:val="28"/>
        </w:rPr>
        <w:lastRenderedPageBreak/>
        <w:t>Φύλλο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Εργ</w:t>
      </w:r>
      <w:proofErr w:type="spellEnd"/>
      <w:r>
        <w:rPr>
          <w:b/>
          <w:sz w:val="28"/>
        </w:rPr>
        <w:t>ασίας 7 – Timeline: An Artist’s Life</w:t>
      </w:r>
    </w:p>
    <w:p w14:paraId="2293FD10" w14:textId="3F9E6829" w:rsidR="007451F7" w:rsidRPr="00EF1214" w:rsidRDefault="00000000">
      <w:pPr>
        <w:rPr>
          <w:lang w:val="el-GR"/>
        </w:rPr>
      </w:pPr>
      <w:r w:rsidRPr="00EF1214">
        <w:rPr>
          <w:i/>
          <w:lang w:val="el-GR"/>
        </w:rPr>
        <w:t xml:space="preserve">Οδηγίες: Δημιουργήστε </w:t>
      </w:r>
      <w:proofErr w:type="spellStart"/>
      <w:r w:rsidRPr="00EF1214">
        <w:rPr>
          <w:i/>
          <w:lang w:val="el-GR"/>
        </w:rPr>
        <w:t>χρονογραμμή</w:t>
      </w:r>
      <w:proofErr w:type="spellEnd"/>
      <w:r w:rsidRPr="00EF1214">
        <w:rPr>
          <w:i/>
          <w:lang w:val="el-GR"/>
        </w:rPr>
        <w:t xml:space="preserve"> για </w:t>
      </w:r>
      <w:r w:rsidR="006F49F5">
        <w:rPr>
          <w:i/>
          <w:lang w:val="el-GR"/>
        </w:rPr>
        <w:t xml:space="preserve">έναν </w:t>
      </w:r>
      <w:r w:rsidRPr="00EF1214">
        <w:rPr>
          <w:i/>
          <w:lang w:val="el-GR"/>
        </w:rPr>
        <w:t xml:space="preserve">καλλιτέχνη του </w:t>
      </w:r>
      <w:r>
        <w:rPr>
          <w:i/>
        </w:rPr>
        <w:t>Unit</w:t>
      </w:r>
      <w:r w:rsidRPr="00EF1214">
        <w:rPr>
          <w:i/>
          <w:lang w:val="el-GR"/>
        </w:rPr>
        <w:t xml:space="preserve"> 5.</w:t>
      </w:r>
    </w:p>
    <w:p w14:paraId="22601027" w14:textId="77777777" w:rsidR="007451F7" w:rsidRDefault="00000000">
      <w:proofErr w:type="spellStart"/>
      <w:r>
        <w:rPr>
          <w:i/>
        </w:rPr>
        <w:t>Περιλά</w:t>
      </w:r>
      <w:proofErr w:type="spellEnd"/>
      <w:r>
        <w:rPr>
          <w:i/>
        </w:rPr>
        <w:t>βετε:</w:t>
      </w:r>
    </w:p>
    <w:p w14:paraId="5A586AA1" w14:textId="77777777" w:rsidR="007451F7" w:rsidRDefault="00000000">
      <w:pPr>
        <w:pStyle w:val="a0"/>
      </w:pPr>
      <w:r>
        <w:t>Γέννηση / Θάνατος</w:t>
      </w:r>
    </w:p>
    <w:p w14:paraId="0CFF80C0" w14:textId="77777777" w:rsidR="007451F7" w:rsidRDefault="00000000">
      <w:pPr>
        <w:pStyle w:val="a0"/>
      </w:pPr>
      <w:r>
        <w:t>2–3 σημαντικά έργα</w:t>
      </w:r>
    </w:p>
    <w:p w14:paraId="40FB0C8F" w14:textId="77777777" w:rsidR="007451F7" w:rsidRDefault="00000000">
      <w:pPr>
        <w:pStyle w:val="a0"/>
      </w:pPr>
      <w:r>
        <w:t>Ύφος τέχνης</w:t>
      </w:r>
    </w:p>
    <w:p w14:paraId="7A1D965F" w14:textId="7833D8F0" w:rsidR="007451F7" w:rsidRDefault="00000000">
      <w:pPr>
        <w:rPr>
          <w:i/>
          <w:lang w:val="en-GB"/>
        </w:rPr>
      </w:pPr>
      <w:r w:rsidRPr="00EF1214">
        <w:rPr>
          <w:i/>
          <w:lang w:val="el-GR"/>
        </w:rPr>
        <w:t xml:space="preserve">Εργαλείο </w:t>
      </w:r>
      <w:r>
        <w:rPr>
          <w:i/>
        </w:rPr>
        <w:t>Canva</w:t>
      </w:r>
      <w:r w:rsidRPr="00EF1214">
        <w:rPr>
          <w:i/>
          <w:lang w:val="el-GR"/>
        </w:rPr>
        <w:t xml:space="preserve">: </w:t>
      </w:r>
      <w:hyperlink r:id="rId24" w:history="1">
        <w:r w:rsidR="006F49F5" w:rsidRPr="00195C4E">
          <w:rPr>
            <w:rStyle w:val="-"/>
            <w:i/>
          </w:rPr>
          <w:t>https</w:t>
        </w:r>
        <w:r w:rsidR="006F49F5" w:rsidRPr="00195C4E">
          <w:rPr>
            <w:rStyle w:val="-"/>
            <w:i/>
            <w:lang w:val="el-GR"/>
          </w:rPr>
          <w:t>://</w:t>
        </w:r>
        <w:r w:rsidR="006F49F5" w:rsidRPr="00195C4E">
          <w:rPr>
            <w:rStyle w:val="-"/>
            <w:i/>
          </w:rPr>
          <w:t>www</w:t>
        </w:r>
        <w:r w:rsidR="006F49F5" w:rsidRPr="00195C4E">
          <w:rPr>
            <w:rStyle w:val="-"/>
            <w:i/>
            <w:lang w:val="el-GR"/>
          </w:rPr>
          <w:t>.</w:t>
        </w:r>
        <w:proofErr w:type="spellStart"/>
        <w:r w:rsidR="006F49F5" w:rsidRPr="00195C4E">
          <w:rPr>
            <w:rStyle w:val="-"/>
            <w:i/>
          </w:rPr>
          <w:t>canva</w:t>
        </w:r>
        <w:proofErr w:type="spellEnd"/>
        <w:r w:rsidR="006F49F5" w:rsidRPr="00195C4E">
          <w:rPr>
            <w:rStyle w:val="-"/>
            <w:i/>
            <w:lang w:val="el-GR"/>
          </w:rPr>
          <w:t>.</w:t>
        </w:r>
        <w:r w:rsidR="006F49F5" w:rsidRPr="00195C4E">
          <w:rPr>
            <w:rStyle w:val="-"/>
            <w:i/>
          </w:rPr>
          <w:t>com</w:t>
        </w:r>
        <w:r w:rsidR="006F49F5" w:rsidRPr="00195C4E">
          <w:rPr>
            <w:rStyle w:val="-"/>
            <w:i/>
            <w:lang w:val="el-GR"/>
          </w:rPr>
          <w:t>/</w:t>
        </w:r>
        <w:r w:rsidR="006F49F5" w:rsidRPr="00195C4E">
          <w:rPr>
            <w:rStyle w:val="-"/>
            <w:i/>
          </w:rPr>
          <w:t>design</w:t>
        </w:r>
        <w:r w:rsidR="006F49F5" w:rsidRPr="00195C4E">
          <w:rPr>
            <w:rStyle w:val="-"/>
            <w:i/>
            <w:lang w:val="el-GR"/>
          </w:rPr>
          <w:t>/</w:t>
        </w:r>
        <w:proofErr w:type="spellStart"/>
        <w:r w:rsidR="006F49F5" w:rsidRPr="00195C4E">
          <w:rPr>
            <w:rStyle w:val="-"/>
            <w:i/>
          </w:rPr>
          <w:t>DAGry</w:t>
        </w:r>
        <w:r w:rsidR="006F49F5" w:rsidRPr="00195C4E">
          <w:rPr>
            <w:rStyle w:val="-"/>
            <w:i/>
          </w:rPr>
          <w:t>OqeS</w:t>
        </w:r>
        <w:proofErr w:type="spellEnd"/>
        <w:r w:rsidR="006F49F5" w:rsidRPr="00195C4E">
          <w:rPr>
            <w:rStyle w:val="-"/>
            <w:i/>
            <w:lang w:val="el-GR"/>
          </w:rPr>
          <w:t>2</w:t>
        </w:r>
        <w:r w:rsidR="006F49F5" w:rsidRPr="00195C4E">
          <w:rPr>
            <w:rStyle w:val="-"/>
            <w:i/>
          </w:rPr>
          <w:t>Y</w:t>
        </w:r>
        <w:r w:rsidR="006F49F5" w:rsidRPr="00195C4E">
          <w:rPr>
            <w:rStyle w:val="-"/>
            <w:i/>
            <w:lang w:val="el-GR"/>
          </w:rPr>
          <w:t>/</w:t>
        </w:r>
        <w:proofErr w:type="spellStart"/>
        <w:r w:rsidR="006F49F5" w:rsidRPr="00195C4E">
          <w:rPr>
            <w:rStyle w:val="-"/>
            <w:i/>
          </w:rPr>
          <w:t>bAcR</w:t>
        </w:r>
        <w:proofErr w:type="spellEnd"/>
        <w:r w:rsidR="006F49F5" w:rsidRPr="00195C4E">
          <w:rPr>
            <w:rStyle w:val="-"/>
            <w:i/>
            <w:lang w:val="el-GR"/>
          </w:rPr>
          <w:t>737</w:t>
        </w:r>
        <w:r w:rsidR="006F49F5" w:rsidRPr="00195C4E">
          <w:rPr>
            <w:rStyle w:val="-"/>
            <w:i/>
          </w:rPr>
          <w:t>D</w:t>
        </w:r>
        <w:r w:rsidR="006F49F5" w:rsidRPr="00195C4E">
          <w:rPr>
            <w:rStyle w:val="-"/>
            <w:i/>
            <w:lang w:val="el-GR"/>
          </w:rPr>
          <w:t>2</w:t>
        </w:r>
        <w:r w:rsidR="006F49F5" w:rsidRPr="00195C4E">
          <w:rPr>
            <w:rStyle w:val="-"/>
            <w:i/>
          </w:rPr>
          <w:t>W</w:t>
        </w:r>
        <w:r w:rsidR="006F49F5" w:rsidRPr="00195C4E">
          <w:rPr>
            <w:rStyle w:val="-"/>
            <w:i/>
            <w:lang w:val="el-GR"/>
          </w:rPr>
          <w:t>70</w:t>
        </w:r>
        <w:r w:rsidR="006F49F5" w:rsidRPr="00195C4E">
          <w:rPr>
            <w:rStyle w:val="-"/>
            <w:i/>
          </w:rPr>
          <w:t>a</w:t>
        </w:r>
        <w:r w:rsidR="006F49F5" w:rsidRPr="00195C4E">
          <w:rPr>
            <w:rStyle w:val="-"/>
            <w:i/>
            <w:lang w:val="el-GR"/>
          </w:rPr>
          <w:t>0</w:t>
        </w:r>
        <w:proofErr w:type="spellStart"/>
        <w:r w:rsidR="006F49F5" w:rsidRPr="00195C4E">
          <w:rPr>
            <w:rStyle w:val="-"/>
            <w:i/>
          </w:rPr>
          <w:t>LPIyOUdw</w:t>
        </w:r>
        <w:proofErr w:type="spellEnd"/>
        <w:r w:rsidR="006F49F5" w:rsidRPr="00195C4E">
          <w:rPr>
            <w:rStyle w:val="-"/>
            <w:i/>
            <w:lang w:val="el-GR"/>
          </w:rPr>
          <w:t>/</w:t>
        </w:r>
        <w:r w:rsidR="006F49F5" w:rsidRPr="00195C4E">
          <w:rPr>
            <w:rStyle w:val="-"/>
            <w:i/>
          </w:rPr>
          <w:t>edit</w:t>
        </w:r>
      </w:hyperlink>
      <w:r w:rsidR="006F49F5">
        <w:rPr>
          <w:i/>
          <w:lang w:val="el-GR"/>
        </w:rPr>
        <w:t xml:space="preserve"> </w:t>
      </w:r>
    </w:p>
    <w:p w14:paraId="288B1AB1" w14:textId="7F3861DB" w:rsidR="006F49F5" w:rsidRPr="006F49F5" w:rsidRDefault="006F49F5" w:rsidP="006F49F5">
      <w:pPr>
        <w:rPr>
          <w:i/>
          <w:lang w:val="el-GR"/>
        </w:rPr>
      </w:pPr>
      <w:r w:rsidRPr="006F49F5">
        <w:rPr>
          <w:i/>
          <w:lang w:val="el-GR"/>
        </w:rPr>
        <w:drawing>
          <wp:inline distT="0" distB="0" distL="0" distR="0" wp14:anchorId="5FE67E60" wp14:editId="29C04ABD">
            <wp:extent cx="5486400" cy="2526665"/>
            <wp:effectExtent l="0" t="0" r="0" b="6985"/>
            <wp:docPr id="1182673136" name="Εικόνα 11" descr="Εικόνα που περιέχει κείμενο, στιγμιότυπο οθόνης, λογισμικό, εικονίδιο υπολογιστή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673136" name="Εικόνα 11" descr="Εικόνα που περιέχει κείμενο, στιγμιότυπο οθόνης, λογισμικό, εικονίδιο υπολογιστή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B1DD8" w14:textId="77777777" w:rsidR="006F49F5" w:rsidRDefault="006F49F5">
      <w:pPr>
        <w:rPr>
          <w:i/>
          <w:lang w:val="en-GB"/>
        </w:rPr>
      </w:pPr>
    </w:p>
    <w:p w14:paraId="55988B35" w14:textId="77777777" w:rsidR="006F49F5" w:rsidRPr="006F49F5" w:rsidRDefault="006F49F5">
      <w:pPr>
        <w:rPr>
          <w:lang w:val="en-GB"/>
        </w:rPr>
      </w:pPr>
    </w:p>
    <w:p w14:paraId="5C1EC534" w14:textId="77777777" w:rsidR="007451F7" w:rsidRDefault="00000000">
      <w:proofErr w:type="spellStart"/>
      <w:r>
        <w:rPr>
          <w:b/>
          <w:sz w:val="28"/>
        </w:rPr>
        <w:t>Φύλλο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Εργ</w:t>
      </w:r>
      <w:proofErr w:type="spellEnd"/>
      <w:r>
        <w:rPr>
          <w:b/>
          <w:sz w:val="28"/>
        </w:rPr>
        <w:t>ασίας 8 – Create a Digital Art Poster</w:t>
      </w:r>
    </w:p>
    <w:p w14:paraId="23803E20" w14:textId="77777777" w:rsidR="007451F7" w:rsidRPr="00EF1214" w:rsidRDefault="00000000">
      <w:pPr>
        <w:rPr>
          <w:lang w:val="el-GR"/>
        </w:rPr>
      </w:pPr>
      <w:r w:rsidRPr="00EF1214">
        <w:rPr>
          <w:i/>
          <w:lang w:val="el-GR"/>
        </w:rPr>
        <w:t>Οδηγίες: Δημιουργήστε ψηφιακή αφίσα με θέμα την Τέχνη ή την Άνοιξη.</w:t>
      </w:r>
    </w:p>
    <w:p w14:paraId="09DC0A20" w14:textId="77777777" w:rsidR="007451F7" w:rsidRPr="00EF1214" w:rsidRDefault="00000000">
      <w:pPr>
        <w:rPr>
          <w:lang w:val="el-GR"/>
        </w:rPr>
      </w:pPr>
      <w:r w:rsidRPr="00EF1214">
        <w:rPr>
          <w:i/>
          <w:lang w:val="el-GR"/>
        </w:rPr>
        <w:t>Χρησιμοποίησε εικόνες και αγγλικές λέξεις–κλειδιά.</w:t>
      </w:r>
    </w:p>
    <w:p w14:paraId="597D1F73" w14:textId="661D5316" w:rsidR="007451F7" w:rsidRPr="006F49F5" w:rsidRDefault="00000000">
      <w:pPr>
        <w:rPr>
          <w:lang w:val="el-GR"/>
        </w:rPr>
      </w:pPr>
      <w:r w:rsidRPr="00EF1214">
        <w:rPr>
          <w:i/>
          <w:lang w:val="el-GR"/>
        </w:rPr>
        <w:t xml:space="preserve">Εργαλείο </w:t>
      </w:r>
      <w:r>
        <w:rPr>
          <w:i/>
        </w:rPr>
        <w:t>Canva</w:t>
      </w:r>
      <w:r w:rsidRPr="00EF1214">
        <w:rPr>
          <w:i/>
          <w:lang w:val="el-GR"/>
        </w:rPr>
        <w:t xml:space="preserve">: </w:t>
      </w:r>
      <w:hyperlink r:id="rId26" w:history="1">
        <w:r w:rsidR="006F49F5" w:rsidRPr="00195C4E">
          <w:rPr>
            <w:rStyle w:val="-"/>
            <w:i/>
          </w:rPr>
          <w:t>https</w:t>
        </w:r>
        <w:r w:rsidR="006F49F5" w:rsidRPr="00195C4E">
          <w:rPr>
            <w:rStyle w:val="-"/>
            <w:i/>
            <w:lang w:val="el-GR"/>
          </w:rPr>
          <w:t>://</w:t>
        </w:r>
        <w:r w:rsidR="006F49F5" w:rsidRPr="00195C4E">
          <w:rPr>
            <w:rStyle w:val="-"/>
            <w:i/>
          </w:rPr>
          <w:t>www</w:t>
        </w:r>
        <w:r w:rsidR="006F49F5" w:rsidRPr="00195C4E">
          <w:rPr>
            <w:rStyle w:val="-"/>
            <w:i/>
            <w:lang w:val="el-GR"/>
          </w:rPr>
          <w:t>.</w:t>
        </w:r>
        <w:proofErr w:type="spellStart"/>
        <w:r w:rsidR="006F49F5" w:rsidRPr="00195C4E">
          <w:rPr>
            <w:rStyle w:val="-"/>
            <w:i/>
          </w:rPr>
          <w:t>canva</w:t>
        </w:r>
        <w:proofErr w:type="spellEnd"/>
        <w:r w:rsidR="006F49F5" w:rsidRPr="00195C4E">
          <w:rPr>
            <w:rStyle w:val="-"/>
            <w:i/>
            <w:lang w:val="el-GR"/>
          </w:rPr>
          <w:t>.</w:t>
        </w:r>
        <w:r w:rsidR="006F49F5" w:rsidRPr="00195C4E">
          <w:rPr>
            <w:rStyle w:val="-"/>
            <w:i/>
          </w:rPr>
          <w:t>com</w:t>
        </w:r>
        <w:r w:rsidR="006F49F5" w:rsidRPr="00195C4E">
          <w:rPr>
            <w:rStyle w:val="-"/>
            <w:i/>
            <w:lang w:val="el-GR"/>
          </w:rPr>
          <w:t>/</w:t>
        </w:r>
        <w:r w:rsidR="006F49F5" w:rsidRPr="00195C4E">
          <w:rPr>
            <w:rStyle w:val="-"/>
            <w:i/>
          </w:rPr>
          <w:t>design</w:t>
        </w:r>
        <w:r w:rsidR="006F49F5" w:rsidRPr="00195C4E">
          <w:rPr>
            <w:rStyle w:val="-"/>
            <w:i/>
            <w:lang w:val="el-GR"/>
          </w:rPr>
          <w:t>/</w:t>
        </w:r>
        <w:proofErr w:type="spellStart"/>
        <w:r w:rsidR="006F49F5" w:rsidRPr="00195C4E">
          <w:rPr>
            <w:rStyle w:val="-"/>
            <w:i/>
          </w:rPr>
          <w:t>DADQEj</w:t>
        </w:r>
        <w:proofErr w:type="spellEnd"/>
        <w:r w:rsidR="006F49F5" w:rsidRPr="00195C4E">
          <w:rPr>
            <w:rStyle w:val="-"/>
            <w:i/>
            <w:lang w:val="el-GR"/>
          </w:rPr>
          <w:t>5</w:t>
        </w:r>
        <w:proofErr w:type="spellStart"/>
        <w:r w:rsidR="006F49F5" w:rsidRPr="00195C4E">
          <w:rPr>
            <w:rStyle w:val="-"/>
            <w:i/>
          </w:rPr>
          <w:t>G</w:t>
        </w:r>
        <w:r w:rsidR="006F49F5" w:rsidRPr="00195C4E">
          <w:rPr>
            <w:rStyle w:val="-"/>
            <w:i/>
          </w:rPr>
          <w:t>Nww</w:t>
        </w:r>
        <w:proofErr w:type="spellEnd"/>
        <w:r w:rsidR="006F49F5" w:rsidRPr="00195C4E">
          <w:rPr>
            <w:rStyle w:val="-"/>
            <w:i/>
            <w:lang w:val="el-GR"/>
          </w:rPr>
          <w:t>/</w:t>
        </w:r>
        <w:proofErr w:type="spellStart"/>
        <w:r w:rsidR="006F49F5" w:rsidRPr="00195C4E">
          <w:rPr>
            <w:rStyle w:val="-"/>
            <w:i/>
          </w:rPr>
          <w:t>kzVMob</w:t>
        </w:r>
        <w:proofErr w:type="spellEnd"/>
        <w:r w:rsidR="006F49F5" w:rsidRPr="00195C4E">
          <w:rPr>
            <w:rStyle w:val="-"/>
            <w:i/>
            <w:lang w:val="el-GR"/>
          </w:rPr>
          <w:t>8</w:t>
        </w:r>
        <w:proofErr w:type="spellStart"/>
        <w:r w:rsidR="006F49F5" w:rsidRPr="00195C4E">
          <w:rPr>
            <w:rStyle w:val="-"/>
            <w:i/>
          </w:rPr>
          <w:t>Sv</w:t>
        </w:r>
        <w:proofErr w:type="spellEnd"/>
        <w:r w:rsidR="006F49F5" w:rsidRPr="00195C4E">
          <w:rPr>
            <w:rStyle w:val="-"/>
            <w:i/>
            <w:lang w:val="el-GR"/>
          </w:rPr>
          <w:t>68</w:t>
        </w:r>
        <w:proofErr w:type="spellStart"/>
        <w:r w:rsidR="006F49F5" w:rsidRPr="00195C4E">
          <w:rPr>
            <w:rStyle w:val="-"/>
            <w:i/>
          </w:rPr>
          <w:t>JrIFFF</w:t>
        </w:r>
        <w:proofErr w:type="spellEnd"/>
        <w:r w:rsidR="006F49F5" w:rsidRPr="00195C4E">
          <w:rPr>
            <w:rStyle w:val="-"/>
            <w:i/>
            <w:lang w:val="el-GR"/>
          </w:rPr>
          <w:t>7</w:t>
        </w:r>
        <w:proofErr w:type="spellStart"/>
        <w:r w:rsidR="006F49F5" w:rsidRPr="00195C4E">
          <w:rPr>
            <w:rStyle w:val="-"/>
            <w:i/>
          </w:rPr>
          <w:t>tVWg</w:t>
        </w:r>
        <w:proofErr w:type="spellEnd"/>
        <w:r w:rsidR="006F49F5" w:rsidRPr="00195C4E">
          <w:rPr>
            <w:rStyle w:val="-"/>
            <w:i/>
            <w:lang w:val="el-GR"/>
          </w:rPr>
          <w:t>/</w:t>
        </w:r>
        <w:r w:rsidR="006F49F5" w:rsidRPr="00195C4E">
          <w:rPr>
            <w:rStyle w:val="-"/>
            <w:i/>
          </w:rPr>
          <w:t>edit</w:t>
        </w:r>
      </w:hyperlink>
      <w:r w:rsidR="006F49F5">
        <w:rPr>
          <w:i/>
          <w:lang w:val="el-GR"/>
        </w:rPr>
        <w:t xml:space="preserve"> </w:t>
      </w:r>
    </w:p>
    <w:p w14:paraId="302C76F7" w14:textId="77777777" w:rsidR="007451F7" w:rsidRPr="00EF1214" w:rsidRDefault="00000000">
      <w:pPr>
        <w:rPr>
          <w:lang w:val="el-GR"/>
        </w:rPr>
      </w:pPr>
      <w:r w:rsidRPr="00EF1214">
        <w:rPr>
          <w:i/>
          <w:lang w:val="el-GR"/>
        </w:rPr>
        <w:t>Τίτλος αφίσας: ________________________</w:t>
      </w:r>
    </w:p>
    <w:p w14:paraId="34DCA2B2" w14:textId="77777777" w:rsidR="007451F7" w:rsidRDefault="00000000">
      <w:pPr>
        <w:rPr>
          <w:i/>
          <w:lang w:val="el-GR"/>
        </w:rPr>
      </w:pPr>
      <w:r w:rsidRPr="00EF1214">
        <w:rPr>
          <w:i/>
          <w:lang w:val="el-GR"/>
        </w:rPr>
        <w:t>Τι ήθελες να εκφράσεις: ________________________</w:t>
      </w:r>
    </w:p>
    <w:p w14:paraId="3CAD1B9C" w14:textId="4328594C" w:rsidR="00D66632" w:rsidRPr="00D66632" w:rsidRDefault="00D66632" w:rsidP="00D66632">
      <w:pPr>
        <w:rPr>
          <w:lang w:val="el-GR"/>
        </w:rPr>
      </w:pPr>
      <w:r w:rsidRPr="00D66632">
        <w:rPr>
          <w:lang w:val="el-GR"/>
        </w:rPr>
        <w:lastRenderedPageBreak/>
        <w:drawing>
          <wp:inline distT="0" distB="0" distL="0" distR="0" wp14:anchorId="11386CA8" wp14:editId="1321C0EB">
            <wp:extent cx="5486400" cy="2718435"/>
            <wp:effectExtent l="0" t="0" r="0" b="5715"/>
            <wp:docPr id="913720759" name="Εικόνα 12" descr="Εικόνα που περιέχει κείμενο, στιγμιότυπο οθόνης, λογισμικό, ιστοσελίδα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20759" name="Εικόνα 12" descr="Εικόνα που περιέχει κείμενο, στιγμιότυπο οθόνης, λογισμικό, ιστοσελίδα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3DD43" w14:textId="77777777" w:rsidR="00D66632" w:rsidRPr="00EF1214" w:rsidRDefault="00D66632">
      <w:pPr>
        <w:rPr>
          <w:lang w:val="el-GR"/>
        </w:rPr>
      </w:pPr>
    </w:p>
    <w:sectPr w:rsidR="00D66632" w:rsidRPr="00EF1214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76540743">
    <w:abstractNumId w:val="8"/>
  </w:num>
  <w:num w:numId="2" w16cid:durableId="1361971926">
    <w:abstractNumId w:val="6"/>
  </w:num>
  <w:num w:numId="3" w16cid:durableId="625428632">
    <w:abstractNumId w:val="5"/>
  </w:num>
  <w:num w:numId="4" w16cid:durableId="1977954333">
    <w:abstractNumId w:val="4"/>
  </w:num>
  <w:num w:numId="5" w16cid:durableId="1430733573">
    <w:abstractNumId w:val="7"/>
  </w:num>
  <w:num w:numId="6" w16cid:durableId="1235434000">
    <w:abstractNumId w:val="3"/>
  </w:num>
  <w:num w:numId="7" w16cid:durableId="1500120831">
    <w:abstractNumId w:val="2"/>
  </w:num>
  <w:num w:numId="8" w16cid:durableId="1458836363">
    <w:abstractNumId w:val="1"/>
  </w:num>
  <w:num w:numId="9" w16cid:durableId="593513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6F49F5"/>
    <w:rsid w:val="007451F7"/>
    <w:rsid w:val="00AA1D8D"/>
    <w:rsid w:val="00B47730"/>
    <w:rsid w:val="00CB0664"/>
    <w:rsid w:val="00D66632"/>
    <w:rsid w:val="00D9078E"/>
    <w:rsid w:val="00EF121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A9E062"/>
  <w14:defaultImageDpi w14:val="300"/>
  <w15:docId w15:val="{73F67CCB-BF8D-492B-9135-FD576EDD7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2"/>
    <w:link w:val="a5"/>
    <w:uiPriority w:val="99"/>
    <w:rsid w:val="00E618BF"/>
  </w:style>
  <w:style w:type="paragraph" w:styleId="a6">
    <w:name w:val="footer"/>
    <w:basedOn w:val="a1"/>
    <w:link w:val="Char0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2"/>
    <w:link w:val="a6"/>
    <w:uiPriority w:val="99"/>
    <w:rsid w:val="00E618BF"/>
  </w:style>
  <w:style w:type="paragraph" w:styleId="a7">
    <w:name w:val="No Spacing"/>
    <w:uiPriority w:val="1"/>
    <w:qFormat/>
    <w:rsid w:val="00FC693F"/>
    <w:pPr>
      <w:spacing w:after="0" w:line="240" w:lineRule="auto"/>
    </w:pPr>
  </w:style>
  <w:style w:type="character" w:customStyle="1" w:styleId="1Char">
    <w:name w:val="Επικεφαλίδα 1 Char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Επικεφαλίδα 2 Char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Επικεφαλίδα 3 Char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Title"/>
    <w:basedOn w:val="a1"/>
    <w:next w:val="a1"/>
    <w:link w:val="Char1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1">
    <w:name w:val="Τίτλος Char"/>
    <w:basedOn w:val="a2"/>
    <w:link w:val="a8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1"/>
    <w:next w:val="a1"/>
    <w:link w:val="Char2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2">
    <w:name w:val="Υπότιτλος Char"/>
    <w:basedOn w:val="a2"/>
    <w:link w:val="a9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b">
    <w:name w:val="Body Text"/>
    <w:basedOn w:val="a1"/>
    <w:link w:val="Char3"/>
    <w:uiPriority w:val="99"/>
    <w:unhideWhenUsed/>
    <w:rsid w:val="00AA1D8D"/>
    <w:pPr>
      <w:spacing w:after="120"/>
    </w:pPr>
  </w:style>
  <w:style w:type="character" w:customStyle="1" w:styleId="Char3">
    <w:name w:val="Σώμα κειμένου Char"/>
    <w:basedOn w:val="a2"/>
    <w:link w:val="ab"/>
    <w:uiPriority w:val="99"/>
    <w:rsid w:val="00AA1D8D"/>
  </w:style>
  <w:style w:type="paragraph" w:styleId="22">
    <w:name w:val="Body Text 2"/>
    <w:basedOn w:val="a1"/>
    <w:link w:val="2Char0"/>
    <w:uiPriority w:val="99"/>
    <w:unhideWhenUsed/>
    <w:rsid w:val="00AA1D8D"/>
    <w:pPr>
      <w:spacing w:after="120" w:line="480" w:lineRule="auto"/>
    </w:pPr>
  </w:style>
  <w:style w:type="character" w:customStyle="1" w:styleId="2Char0">
    <w:name w:val="Σώμα κείμενου 2 Char"/>
    <w:basedOn w:val="a2"/>
    <w:link w:val="22"/>
    <w:uiPriority w:val="99"/>
    <w:rsid w:val="00AA1D8D"/>
  </w:style>
  <w:style w:type="paragraph" w:styleId="32">
    <w:name w:val="Body Text 3"/>
    <w:basedOn w:val="a1"/>
    <w:link w:val="3Char0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Char0">
    <w:name w:val="Σώμα κείμενου 3 Char"/>
    <w:basedOn w:val="a2"/>
    <w:link w:val="32"/>
    <w:uiPriority w:val="99"/>
    <w:rsid w:val="00AA1D8D"/>
    <w:rPr>
      <w:sz w:val="16"/>
      <w:szCs w:val="16"/>
    </w:rPr>
  </w:style>
  <w:style w:type="paragraph" w:styleId="ac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3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3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d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4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4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e">
    <w:name w:val="macro"/>
    <w:link w:val="Char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Char4">
    <w:name w:val="Κείμενο μακροεντολής Char"/>
    <w:basedOn w:val="a2"/>
    <w:link w:val="ae"/>
    <w:uiPriority w:val="99"/>
    <w:rsid w:val="0029639D"/>
    <w:rPr>
      <w:rFonts w:ascii="Courier" w:hAnsi="Courier"/>
      <w:sz w:val="20"/>
      <w:szCs w:val="20"/>
    </w:rPr>
  </w:style>
  <w:style w:type="paragraph" w:styleId="af">
    <w:name w:val="Quote"/>
    <w:basedOn w:val="a1"/>
    <w:next w:val="a1"/>
    <w:link w:val="Char5"/>
    <w:uiPriority w:val="29"/>
    <w:qFormat/>
    <w:rsid w:val="00FC693F"/>
    <w:rPr>
      <w:i/>
      <w:iCs/>
      <w:color w:val="000000" w:themeColor="text1"/>
    </w:rPr>
  </w:style>
  <w:style w:type="character" w:customStyle="1" w:styleId="Char5">
    <w:name w:val="Απόσπασμα Char"/>
    <w:basedOn w:val="a2"/>
    <w:link w:val="af"/>
    <w:uiPriority w:val="29"/>
    <w:rsid w:val="00FC693F"/>
    <w:rPr>
      <w:i/>
      <w:iCs/>
      <w:color w:val="000000" w:themeColor="text1"/>
    </w:rPr>
  </w:style>
  <w:style w:type="character" w:customStyle="1" w:styleId="4Char">
    <w:name w:val="Επικεφαλίδα 4 Char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Επικεφαλίδα 5 Char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Επικεφαλίδα 6 Char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Επικεφαλίδα 7 Char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Επικεφαλίδα 8 Char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Επικεφαλίδα 9 Char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0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1">
    <w:name w:val="Strong"/>
    <w:basedOn w:val="a2"/>
    <w:uiPriority w:val="22"/>
    <w:qFormat/>
    <w:rsid w:val="00FC693F"/>
    <w:rPr>
      <w:b/>
      <w:bCs/>
    </w:rPr>
  </w:style>
  <w:style w:type="character" w:styleId="af2">
    <w:name w:val="Emphasis"/>
    <w:basedOn w:val="a2"/>
    <w:uiPriority w:val="20"/>
    <w:qFormat/>
    <w:rsid w:val="00FC693F"/>
    <w:rPr>
      <w:i/>
      <w:iCs/>
    </w:rPr>
  </w:style>
  <w:style w:type="paragraph" w:styleId="af3">
    <w:name w:val="Intense Quote"/>
    <w:basedOn w:val="a1"/>
    <w:next w:val="a1"/>
    <w:link w:val="Char6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6">
    <w:name w:val="Έντονο απόσπ. Char"/>
    <w:basedOn w:val="a2"/>
    <w:link w:val="af3"/>
    <w:uiPriority w:val="30"/>
    <w:rsid w:val="00FC693F"/>
    <w:rPr>
      <w:b/>
      <w:bCs/>
      <w:i/>
      <w:iCs/>
      <w:color w:val="4F81BD" w:themeColor="accent1"/>
    </w:rPr>
  </w:style>
  <w:style w:type="character" w:styleId="af4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5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6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7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8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9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a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b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c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d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0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1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6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7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5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e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0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1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-">
    <w:name w:val="Hyperlink"/>
    <w:basedOn w:val="a2"/>
    <w:uiPriority w:val="99"/>
    <w:unhideWhenUsed/>
    <w:rsid w:val="00EF1214"/>
    <w:rPr>
      <w:color w:val="0000FF" w:themeColor="hyperlink"/>
      <w:u w:val="single"/>
    </w:rPr>
  </w:style>
  <w:style w:type="character" w:styleId="aff2">
    <w:name w:val="Unresolved Mention"/>
    <w:basedOn w:val="a2"/>
    <w:uiPriority w:val="99"/>
    <w:semiHidden/>
    <w:unhideWhenUsed/>
    <w:rsid w:val="00EF1214"/>
    <w:rPr>
      <w:color w:val="605E5C"/>
      <w:shd w:val="clear" w:color="auto" w:fill="E1DFDD"/>
    </w:rPr>
  </w:style>
  <w:style w:type="character" w:styleId="-0">
    <w:name w:val="FollowedHyperlink"/>
    <w:basedOn w:val="a2"/>
    <w:uiPriority w:val="99"/>
    <w:semiHidden/>
    <w:unhideWhenUsed/>
    <w:rsid w:val="00EF121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4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509">
          <w:marLeft w:val="-1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5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34210">
          <w:marLeft w:val="-1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9.png"/><Relationship Id="rId26" Type="http://schemas.openxmlformats.org/officeDocument/2006/relationships/hyperlink" Target="https://www.canva.com/design/DADQEj5GNww/kzVMob8Sv68JrIFFF7tVWg/edit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cs.google.com/document/d/16GNJBJwzrnsVrEjPlJN4t-5MbKdWH69hz-qFScBIWxU/edit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popplet.com/app/#/5107737" TargetMode="Externa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ebooks.edu.gr/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www.canva.com/design/DAGryOqeS2Y/bAcR737D2W70a0LPIyOUdw/ed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louvre.fr/en/visites-en-ligne" TargetMode="External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create.kahoot.it/creator/91c6dcb0-da3f-48cb-8b04-f396fe612a5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nationalgallery.org.uk/" TargetMode="External"/><Relationship Id="rId22" Type="http://schemas.openxmlformats.org/officeDocument/2006/relationships/hyperlink" Target="https://wordwall.net/resource/93438384/using-english-to-understand-the-arts" TargetMode="External"/><Relationship Id="rId2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665</Words>
  <Characters>3593</Characters>
  <Application>Microsoft Office Word</Application>
  <DocSecurity>0</DocSecurity>
  <Lines>29</Lines>
  <Paragraphs>8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4250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George Kouimintzis</cp:lastModifiedBy>
  <cp:revision>2</cp:revision>
  <dcterms:created xsi:type="dcterms:W3CDTF">2025-06-30T19:11:00Z</dcterms:created>
  <dcterms:modified xsi:type="dcterms:W3CDTF">2025-06-30T19:11:00Z</dcterms:modified>
  <cp:category/>
</cp:coreProperties>
</file>